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Poznámky k účtovnej závierke za rok 2024 (s porovnaním s rokom 2023)</w:t>
      </w:r>
    </w:p>
    <w:p>
      <w:pPr>
        <w:pStyle w:val="Heading2"/>
      </w:pPr>
      <w:r>
        <w:t>1. Všeobecné údaje</w:t>
      </w:r>
    </w:p>
    <w:p>
      <w:r>
        <w:br/>
        <w:t>Obchodné meno: MiB s. r. o.</w:t>
        <w:br/>
        <w:t>Sídlo: M. R. Štefánika 699/24, 900 46 Most pri Bratislave</w:t>
        <w:br/>
        <w:t>Právna forma: spoločnosť s ručením obmedzeným</w:t>
        <w:br/>
        <w:t>IČO: 47450151</w:t>
        <w:br/>
        <w:t>Veľkostná kategória účtovnej jednotky: malá účtovná jednotka</w:t>
        <w:br/>
        <w:t>Účtovné obdobie: 01.01.2024 – 31.12.2024</w:t>
        <w:br/>
        <w:t>Spoločnosť podnikala počas celého účtovného obdobia.</w:t>
        <w:br/>
        <w:t>Počet zamestnancov: 2, z toho 1 riadiaci pracovník</w:t>
        <w:br/>
        <w:t>Štatutárny zástupca: Miroslav Brngál, konateľ</w:t>
        <w:br/>
      </w:r>
    </w:p>
    <w:p>
      <w:pPr>
        <w:pStyle w:val="Heading2"/>
      </w:pPr>
      <w:r>
        <w:t>2. Účtovné zásady a metódy</w:t>
      </w:r>
    </w:p>
    <w:p>
      <w:r>
        <w:br/>
        <w:t xml:space="preserve">Účtovná závierka bola zostavená v súlade so zákonom č. 431/2002 Z. z. o účtovníctve, opatrením Ministerstva financií SR a ostatnými platnými predpismi. </w:t>
        <w:br/>
        <w:t>Spoločnosť uplatňuje účtovnú metódu podvojného účtovníctva.</w:t>
        <w:br/>
        <w:br/>
        <w:t>Majetok a záväzky sú oceňované obstarávacou cenou. Dlhodobý majetok je odpisovaný rovnomerne počas stanovenej doby životnosti.</w:t>
        <w:br/>
        <w:t>Spoločnosť neeviduje žiadne dotácie, úvery, ani leasingy.</w:t>
        <w:br/>
      </w:r>
    </w:p>
    <w:p>
      <w:pPr>
        <w:pStyle w:val="Heading2"/>
      </w:pPr>
      <w:r>
        <w:t>3. Doplňujúce informácie k súvahe a výkazu ziskov a strát</w:t>
      </w:r>
    </w:p>
    <w:p>
      <w:r>
        <w:br/>
        <w:t>Stav peňažných prostriedkov k 31.12.2024 predstavoval 30 097,01 EUR, z toho:</w:t>
        <w:br/>
        <w:t>- pokladňa: 27 329,56 EUR (2023: 30 519,84 EUR)</w:t>
        <w:br/>
        <w:t>- bankové účty: 1 216,02 EUR (2023: 2 597,43 EUR)</w:t>
        <w:br/>
        <w:t>- peniaze na ceste: 0,00 EUR (2023: 0,00 EUR)</w:t>
        <w:br/>
        <w:br/>
        <w:t>Pohľadávky k 31.12.2024: 2 560,00 EUR (2023: 3 290,00 EUR)</w:t>
        <w:br/>
        <w:t>Záväzky: 8 478,47 EUR (2023: 9 404,64 EUR)</w:t>
        <w:br/>
        <w:t>Základné imanie: 5 000,00 EUR (rovnaké ako v roku 2023)</w:t>
        <w:br/>
        <w:t>Nerozdelený zisk minulých rokov: 23 144,98 EUR (2023: 17 773,48 EUR)</w:t>
        <w:br/>
        <w:t>Výsledok hospodárenia za rok 2024: zisk 3 280,64 EUR (2023: zisk 5 371,50 EUR)</w:t>
        <w:br/>
      </w:r>
    </w:p>
    <w:p>
      <w:pPr>
        <w:pStyle w:val="Heading2"/>
      </w:pPr>
      <w:r>
        <w:t>4. Výnosy a náklady</w:t>
      </w:r>
    </w:p>
    <w:p>
      <w:r>
        <w:br/>
        <w:t>Výnosy celkom: 16 851,05 EUR (2023: 20 740,00 EUR)</w:t>
        <w:br/>
        <w:t>Náklady celkom: 13 570,41 EUR (2023: 15 368,50 EUR)</w:t>
        <w:br/>
        <w:t>Z toho najvýznamnejšie položky (2024 / 2023):</w:t>
        <w:br/>
        <w:t>- Spotreba materiálu: 1 793,26 EUR / 4 219,12 EUR</w:t>
        <w:br/>
        <w:t>- Ostatné služby: 3 744,60 EUR / 4 090,66 EUR</w:t>
        <w:br/>
        <w:t>- Odmeny členom orgánov spoločnosti: 4 720,00 EUR / 4 220,00 EUR</w:t>
        <w:br/>
        <w:t>- Zákonné sociálne poistenie: 1 783,72 EUR / 1 559,37 EUR</w:t>
        <w:br/>
        <w:t>- Splatná daň z príjmov: 578,94 EUR / 947,91 EUR</w:t>
        <w:br/>
      </w:r>
    </w:p>
    <w:p>
      <w:pPr>
        <w:pStyle w:val="Heading2"/>
      </w:pPr>
      <w:r>
        <w:t>5. Peňažné prostriedky</w:t>
      </w:r>
    </w:p>
    <w:p>
      <w:r>
        <w:br/>
        <w:t xml:space="preserve">Peňažné prostriedky spoločnosti k 31.12.2024 tvorili hotovosť a zostatky na bankových účtoch. Ich celkový objem bol 30 097,01 EUR. </w:t>
        <w:br/>
        <w:t>Spoločnosť neevidovala prečerpané účty ani valutové účty. Neboli zriadené termínované vklady.</w:t>
        <w:br/>
      </w:r>
    </w:p>
    <w:p>
      <w:pPr>
        <w:pStyle w:val="Heading2"/>
      </w:pPr>
      <w:r>
        <w:t>6. Informácie o zamestnancoch</w:t>
      </w:r>
    </w:p>
    <w:p>
      <w:r>
        <w:br/>
        <w:t>Priemerný počet zamestnancov bol 2, z toho 1 riadiaci pracovník.</w:t>
        <w:br/>
        <w:t>Mzdové náklady: 240,00 EUR (rovnako ako v roku 2023)</w:t>
        <w:br/>
        <w:t>Odmeny členov orgánov spoločnosti: 4 720,00 EUR (2023: 4 220,00 EUR)</w:t>
        <w:br/>
      </w:r>
    </w:p>
    <w:p>
      <w:pPr>
        <w:pStyle w:val="Heading2"/>
      </w:pPr>
      <w:r>
        <w:t>7. Rozdelenie zisku</w:t>
      </w:r>
    </w:p>
    <w:p>
      <w:r>
        <w:br/>
        <w:t>Spoločnosť navrhuje celý zisk za rok 2024 vo výške 3 280,64 EUR ponechať ako nerozdelený zisk a previesť ho na účet 428 – Nerozdelený zisk minulých rokov.</w:t>
        <w:br/>
      </w:r>
    </w:p>
    <w:p>
      <w:pPr>
        <w:pStyle w:val="Heading2"/>
      </w:pPr>
      <w:r>
        <w:t>8. Schválenie účtovnej závierky</w:t>
      </w:r>
    </w:p>
    <w:p>
      <w:r>
        <w:br/>
        <w:t>Účtovná závierka bola zostavená dňa 15.06.2025 a bude predložená na schválenie jedinému spoločníkovi spoločnosti – Miroslavovi Brngálovi, konateľovi.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