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F83" w:rsidRDefault="00DF6ED4">
      <w:pPr>
        <w:pStyle w:val="Nzov"/>
      </w:pPr>
      <w:r>
        <w:t>Poznámky k účtovnej závierke za rok 2023</w:t>
      </w:r>
    </w:p>
    <w:p w:rsidR="00074F83" w:rsidRDefault="00DF6ED4">
      <w:pPr>
        <w:pStyle w:val="Nadpis1"/>
      </w:pPr>
      <w:r>
        <w:t>I. Všeobecné informácie</w:t>
      </w:r>
    </w:p>
    <w:p w:rsidR="004D1EB3" w:rsidRDefault="00DF6ED4">
      <w:r>
        <w:br/>
        <w:t>Názov: Športový klub Para table tennis Hlohovec</w:t>
      </w:r>
      <w:r>
        <w:br/>
        <w:t>Sídlo: Hurbanova 655/72, 92001 Hlohovec</w:t>
      </w:r>
      <w:r>
        <w:br/>
        <w:t>Právna forma: Občianske združenie</w:t>
      </w:r>
      <w:r>
        <w:br/>
        <w:t>IČO: (doplniť</w:t>
      </w:r>
      <w:proofErr w:type="gramStart"/>
      <w:r>
        <w:t>)</w:t>
      </w:r>
      <w:proofErr w:type="gramEnd"/>
      <w:r>
        <w:br/>
        <w:t xml:space="preserve">Predmet činnosti: Rozvoj a podpora para stolného </w:t>
      </w:r>
      <w:r>
        <w:t xml:space="preserve">tenisu, športové aktivity zdravotne </w:t>
      </w:r>
      <w:bookmarkStart w:id="0" w:name="_GoBack"/>
      <w:bookmarkEnd w:id="0"/>
      <w:r>
        <w:t>znevýhodnených osôb</w:t>
      </w:r>
      <w:r>
        <w:br/>
        <w:t xml:space="preserve">Zriadenie: Na základe zákona č. 83/1990 Zb. o </w:t>
      </w:r>
      <w:proofErr w:type="spellStart"/>
      <w:r>
        <w:t>združovaní</w:t>
      </w:r>
      <w:proofErr w:type="spellEnd"/>
      <w:r>
        <w:t xml:space="preserve"> </w:t>
      </w:r>
      <w:proofErr w:type="spellStart"/>
      <w:r>
        <w:t>občanov</w:t>
      </w:r>
      <w:proofErr w:type="spellEnd"/>
    </w:p>
    <w:p w:rsidR="00074F83" w:rsidRDefault="004D1EB3">
      <w:proofErr w:type="spellStart"/>
      <w:proofErr w:type="gramStart"/>
      <w:r>
        <w:t>Predseda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Ing</w:t>
      </w:r>
      <w:proofErr w:type="spellEnd"/>
      <w:r>
        <w:t xml:space="preserve">. Eva </w:t>
      </w:r>
      <w:proofErr w:type="spellStart"/>
      <w:r>
        <w:t>Šišková</w:t>
      </w:r>
      <w:proofErr w:type="spellEnd"/>
      <w:r w:rsidR="00DF6ED4">
        <w:br/>
      </w:r>
    </w:p>
    <w:p w:rsidR="00074F83" w:rsidRDefault="00DF6ED4">
      <w:pPr>
        <w:pStyle w:val="Nadpis1"/>
      </w:pPr>
      <w:r>
        <w:t>II. Spôsob účtovania a zostavenie účtovnej závierky</w:t>
      </w:r>
    </w:p>
    <w:p w:rsidR="00074F83" w:rsidRDefault="00DF6ED4">
      <w:r>
        <w:br/>
        <w:t>Účtovná jednotka vedie účtovníctvo v sústave podvojného účtovníctva.</w:t>
      </w:r>
      <w:r>
        <w:br/>
        <w:t>Účtovná závi</w:t>
      </w:r>
      <w:r>
        <w:t>erka bola zostavená v súlade s opatrením MF SR č. MF/23378/2007-74 pre neziskové organizácie.</w:t>
      </w:r>
      <w:r>
        <w:br/>
        <w:t>Účtovné obdobie: 1.1.2023 – 31.12.2023</w:t>
      </w:r>
      <w:r>
        <w:br/>
        <w:t>Účtovná závierka je riadna a overovaná nebola (nevznikla zákonná povinnosť auditu).</w:t>
      </w:r>
      <w:r>
        <w:br/>
      </w:r>
    </w:p>
    <w:p w:rsidR="00074F83" w:rsidRDefault="00DF6ED4">
      <w:pPr>
        <w:pStyle w:val="Nadpis1"/>
      </w:pPr>
      <w:r>
        <w:t>III. Použité účtovné metódy a princípy</w:t>
      </w:r>
    </w:p>
    <w:p w:rsidR="00074F83" w:rsidRDefault="00DF6ED4">
      <w:r>
        <w:br/>
        <w:t>Účtovanie prebiehalo na základe dokladov (výpisy z banky, pokladne, faktúry).</w:t>
      </w:r>
      <w:r>
        <w:br/>
        <w:t>Majetok bol oceňovaný v obstarávacích cenách.</w:t>
      </w:r>
      <w:r>
        <w:br/>
        <w:t>Účtovná jednotka nemá dlhodobý hmotný ani nehmotný majetok.</w:t>
      </w:r>
      <w:r>
        <w:br/>
        <w:t>Záväzky boli vedené podľa skutočného stavu k dátumu zostavenia účtovne</w:t>
      </w:r>
      <w:r>
        <w:t>j závierky.</w:t>
      </w:r>
      <w:r>
        <w:br/>
      </w:r>
    </w:p>
    <w:p w:rsidR="00074F83" w:rsidRDefault="00DF6ED4">
      <w:pPr>
        <w:pStyle w:val="Nadpis1"/>
      </w:pPr>
      <w:r>
        <w:t>IV. Príjmy a výdavky</w:t>
      </w:r>
    </w:p>
    <w:p w:rsidR="00074F83" w:rsidRDefault="00DF6ED4">
      <w:proofErr w:type="spellStart"/>
      <w:r>
        <w:t>V</w:t>
      </w:r>
      <w:r>
        <w:t>ý</w:t>
      </w:r>
      <w:r w:rsidR="009C29AC">
        <w:t>nosy</w:t>
      </w:r>
      <w:proofErr w:type="spellEnd"/>
      <w:r w:rsidR="009C29AC">
        <w:t xml:space="preserve"> (</w:t>
      </w:r>
      <w:proofErr w:type="spellStart"/>
      <w:r w:rsidR="009C29AC">
        <w:t>účtová</w:t>
      </w:r>
      <w:proofErr w:type="spellEnd"/>
      <w:r w:rsidR="009C29AC">
        <w:t xml:space="preserve"> </w:t>
      </w:r>
      <w:proofErr w:type="spellStart"/>
      <w:r w:rsidR="009C29AC">
        <w:t>trieda</w:t>
      </w:r>
      <w:proofErr w:type="spellEnd"/>
      <w:r w:rsidR="009C29AC">
        <w:t xml:space="preserve"> 6): </w:t>
      </w:r>
      <w:r>
        <w:t xml:space="preserve"> </w:t>
      </w:r>
      <w:r w:rsidR="00853BA9" w:rsidRPr="00853BA9">
        <w:t>4969.06</w:t>
      </w:r>
      <w:r w:rsidR="00853BA9">
        <w:t xml:space="preserve"> </w:t>
      </w:r>
      <w:r>
        <w:t>€</w:t>
      </w:r>
    </w:p>
    <w:p w:rsidR="00DF6ED4" w:rsidRDefault="00DF6ED4">
      <w:r>
        <w:t>Nák</w:t>
      </w:r>
      <w:r w:rsidR="00853BA9">
        <w:t>lady (</w:t>
      </w:r>
      <w:proofErr w:type="spellStart"/>
      <w:r w:rsidR="00853BA9">
        <w:t>účtová</w:t>
      </w:r>
      <w:proofErr w:type="spellEnd"/>
      <w:r w:rsidR="00853BA9">
        <w:t xml:space="preserve"> </w:t>
      </w:r>
      <w:proofErr w:type="spellStart"/>
      <w:r w:rsidR="00853BA9">
        <w:t>trieda</w:t>
      </w:r>
      <w:proofErr w:type="spellEnd"/>
      <w:r w:rsidR="00853BA9">
        <w:t xml:space="preserve"> 5): </w:t>
      </w:r>
      <w:r w:rsidR="00853BA9" w:rsidRPr="00853BA9">
        <w:t>4509.19</w:t>
      </w:r>
      <w:r>
        <w:t xml:space="preserve"> €</w:t>
      </w:r>
    </w:p>
    <w:p w:rsidR="00074F83" w:rsidRDefault="00DF6ED4"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zdanením</w:t>
      </w:r>
      <w:proofErr w:type="spellEnd"/>
      <w:r>
        <w:t>: +</w:t>
      </w:r>
      <w:r w:rsidR="00853BA9" w:rsidRPr="00853BA9">
        <w:t>459.87</w:t>
      </w:r>
      <w:r>
        <w:t>€</w:t>
      </w:r>
    </w:p>
    <w:p w:rsidR="00074F83" w:rsidRDefault="00DF6ED4">
      <w:pPr>
        <w:pStyle w:val="Nadpis1"/>
      </w:pPr>
      <w:r>
        <w:lastRenderedPageBreak/>
        <w:t>V. Nezdaniteľné príjmy (tabuľka B DPPO)</w:t>
      </w:r>
    </w:p>
    <w:p w:rsidR="00074F83" w:rsidRDefault="00DF6ED4">
      <w:r>
        <w:t>2 % z dane: 1 060,06 €</w:t>
      </w:r>
    </w:p>
    <w:p w:rsidR="00074F83" w:rsidRDefault="00DF6ED4">
      <w:r>
        <w:t>Dotácia z mesta Hlohovec: 800,00 €</w:t>
      </w:r>
    </w:p>
    <w:p w:rsidR="00074F83" w:rsidRDefault="00DF6ED4">
      <w:r>
        <w:t>Pr</w:t>
      </w:r>
      <w:r>
        <w:t>ijatý dar: 1 500,00 €</w:t>
      </w:r>
    </w:p>
    <w:p w:rsidR="00074F83" w:rsidRDefault="009C29AC">
      <w:proofErr w:type="spellStart"/>
      <w:proofErr w:type="gramStart"/>
      <w:r>
        <w:t>Členské</w:t>
      </w:r>
      <w:proofErr w:type="spellEnd"/>
      <w:r>
        <w:t xml:space="preserve"> </w:t>
      </w:r>
      <w:r w:rsidR="004D1EB3">
        <w:t xml:space="preserve"> </w:t>
      </w:r>
      <w:proofErr w:type="spellStart"/>
      <w:r>
        <w:t>príspevky</w:t>
      </w:r>
      <w:proofErr w:type="spellEnd"/>
      <w:proofErr w:type="gramEnd"/>
      <w:r>
        <w:t>: 132</w:t>
      </w:r>
      <w:r w:rsidR="00DF6ED4">
        <w:t>,00 €</w:t>
      </w:r>
    </w:p>
    <w:p w:rsidR="004D1EB3" w:rsidRDefault="004D1EB3" w:rsidP="004D1EB3">
      <w:proofErr w:type="spellStart"/>
      <w:r w:rsidRPr="004D1EB3">
        <w:t>Prijaté</w:t>
      </w:r>
      <w:proofErr w:type="spellEnd"/>
      <w:r w:rsidRPr="004D1EB3">
        <w:t xml:space="preserve"> </w:t>
      </w:r>
      <w:proofErr w:type="spellStart"/>
      <w:r w:rsidRPr="004D1EB3">
        <w:t>príspevky</w:t>
      </w:r>
      <w:proofErr w:type="spellEnd"/>
      <w:r w:rsidRPr="004D1EB3">
        <w:t xml:space="preserve"> </w:t>
      </w:r>
      <w:proofErr w:type="spellStart"/>
      <w:r w:rsidRPr="004D1EB3">
        <w:t>od</w:t>
      </w:r>
      <w:proofErr w:type="spellEnd"/>
      <w:r w:rsidRPr="004D1EB3">
        <w:t xml:space="preserve"> </w:t>
      </w:r>
      <w:proofErr w:type="spellStart"/>
      <w:r w:rsidRPr="004D1EB3">
        <w:t>právnických</w:t>
      </w:r>
      <w:proofErr w:type="spellEnd"/>
      <w:r w:rsidRPr="004D1EB3">
        <w:t xml:space="preserve"> </w:t>
      </w:r>
      <w:proofErr w:type="spellStart"/>
      <w:r w:rsidRPr="004D1EB3">
        <w:t>osôb</w:t>
      </w:r>
      <w:proofErr w:type="spellEnd"/>
      <w:r>
        <w:t>: 1207</w:t>
      </w:r>
      <w:proofErr w:type="gramStart"/>
      <w:r>
        <w:t>,00</w:t>
      </w:r>
      <w:proofErr w:type="gramEnd"/>
      <w:r>
        <w:t xml:space="preserve"> </w:t>
      </w:r>
      <w:r>
        <w:t>€</w:t>
      </w:r>
    </w:p>
    <w:p w:rsidR="004D1EB3" w:rsidRDefault="004D1EB3" w:rsidP="004D1EB3">
      <w:proofErr w:type="spellStart"/>
      <w:r>
        <w:t>Osobitý</w:t>
      </w:r>
      <w:proofErr w:type="spellEnd"/>
      <w:r>
        <w:t xml:space="preserve"> </w:t>
      </w:r>
      <w:proofErr w:type="spellStart"/>
      <w:r>
        <w:t>výnos</w:t>
      </w:r>
      <w:proofErr w:type="spellEnd"/>
      <w:r>
        <w:t>: 270</w:t>
      </w:r>
      <w:proofErr w:type="gramStart"/>
      <w:r>
        <w:t>,00</w:t>
      </w:r>
      <w:proofErr w:type="gramEnd"/>
      <w:r>
        <w:t xml:space="preserve"> </w:t>
      </w:r>
      <w:r>
        <w:t>€</w:t>
      </w:r>
    </w:p>
    <w:p w:rsidR="00074F83" w:rsidRDefault="00DF6ED4">
      <w:proofErr w:type="spellStart"/>
      <w:r>
        <w:t>S</w:t>
      </w:r>
      <w:r w:rsidR="004D1EB3">
        <w:t>polu</w:t>
      </w:r>
      <w:proofErr w:type="spellEnd"/>
      <w:r w:rsidR="004D1EB3">
        <w:t xml:space="preserve"> </w:t>
      </w:r>
      <w:proofErr w:type="spellStart"/>
      <w:r w:rsidR="004D1EB3">
        <w:t>oslobodené</w:t>
      </w:r>
      <w:proofErr w:type="spellEnd"/>
      <w:r w:rsidR="004D1EB3">
        <w:t xml:space="preserve"> </w:t>
      </w:r>
      <w:proofErr w:type="spellStart"/>
      <w:r w:rsidR="004D1EB3">
        <w:t>príjmy</w:t>
      </w:r>
      <w:proofErr w:type="spellEnd"/>
      <w:r w:rsidR="004D1EB3">
        <w:t xml:space="preserve">: </w:t>
      </w:r>
      <w:r w:rsidR="00853BA9" w:rsidRPr="00853BA9">
        <w:t>4969.06</w:t>
      </w:r>
      <w:r>
        <w:t xml:space="preserve"> €</w:t>
      </w:r>
    </w:p>
    <w:p w:rsidR="00074F83" w:rsidRDefault="00DF6ED4">
      <w:pPr>
        <w:pStyle w:val="Nadpis1"/>
      </w:pPr>
      <w:r>
        <w:t>VI. Zostatky k 31. 12. 2023</w:t>
      </w:r>
    </w:p>
    <w:p w:rsidR="00074F83" w:rsidRDefault="009C29AC">
      <w:proofErr w:type="spellStart"/>
      <w:r>
        <w:t>Pokladňa</w:t>
      </w:r>
      <w:proofErr w:type="spellEnd"/>
      <w:r>
        <w:t>: 813, 71</w:t>
      </w:r>
      <w:r w:rsidR="00DF6ED4">
        <w:t xml:space="preserve"> €</w:t>
      </w:r>
    </w:p>
    <w:p w:rsidR="00074F83" w:rsidRDefault="00DF6ED4">
      <w:r>
        <w:t>Bankový účet: 610,26 €</w:t>
      </w:r>
    </w:p>
    <w:p w:rsidR="00074F83" w:rsidRDefault="00DF6ED4">
      <w:proofErr w:type="spellStart"/>
      <w:r>
        <w:t>Sp</w:t>
      </w:r>
      <w:r w:rsidR="009C29AC">
        <w:t>olu</w:t>
      </w:r>
      <w:proofErr w:type="spellEnd"/>
      <w:r w:rsidR="009C29AC">
        <w:t xml:space="preserve"> </w:t>
      </w:r>
      <w:proofErr w:type="spellStart"/>
      <w:r w:rsidR="009C29AC">
        <w:t>finančné</w:t>
      </w:r>
      <w:proofErr w:type="spellEnd"/>
      <w:r w:rsidR="009C29AC">
        <w:t xml:space="preserve"> </w:t>
      </w:r>
      <w:proofErr w:type="spellStart"/>
      <w:r w:rsidR="009C29AC">
        <w:t>prostriedky</w:t>
      </w:r>
      <w:proofErr w:type="spellEnd"/>
      <w:r w:rsidR="009C29AC">
        <w:t>: 1423, 97</w:t>
      </w:r>
      <w:r>
        <w:t xml:space="preserve"> €</w:t>
      </w:r>
    </w:p>
    <w:p w:rsidR="00074F83" w:rsidRDefault="00DF6ED4">
      <w:pPr>
        <w:pStyle w:val="Nadpis1"/>
      </w:pPr>
      <w:r>
        <w:t>VII. Vysvetlenie významných položiek</w:t>
      </w:r>
    </w:p>
    <w:p w:rsidR="00074F83" w:rsidRDefault="00DF6ED4">
      <w:r>
        <w:br/>
        <w:t>Prestupy (1 000 €): Prest</w:t>
      </w:r>
      <w:r>
        <w:t>upové poplatky za dvoch hráčov klubu.</w:t>
      </w:r>
      <w:r>
        <w:br/>
        <w:t>Cestovné náklady: Účasť na súťažiach a turnajoch.</w:t>
      </w:r>
      <w:r>
        <w:br/>
        <w:t>Dar a dotácia: Použité na činnosť klubu a športové potreby.</w:t>
      </w:r>
      <w:r>
        <w:br/>
      </w:r>
    </w:p>
    <w:p w:rsidR="00074F83" w:rsidRDefault="00DF6ED4">
      <w:pPr>
        <w:pStyle w:val="Nadpis1"/>
      </w:pPr>
      <w:r>
        <w:t>VIII. Záver</w:t>
      </w:r>
    </w:p>
    <w:p w:rsidR="00074F83" w:rsidRDefault="00DF6ED4">
      <w:r>
        <w:br/>
        <w:t>Organizácia nevykonávala podnikateľskú činnosť.</w:t>
      </w:r>
      <w:r>
        <w:br/>
        <w:t>Nemá majetok podliehajúci odpisovaniu.</w:t>
      </w:r>
      <w:r>
        <w:br/>
        <w:t xml:space="preserve">Daňová </w:t>
      </w:r>
      <w:r>
        <w:t>povinnosť za rok 2023: 0 € (po odpočte oslobodených príjmov).</w:t>
      </w:r>
      <w:r>
        <w:br/>
        <w:t xml:space="preserve">Účtovná závierka bola schválená </w:t>
      </w:r>
      <w:r w:rsidR="00853BA9">
        <w:t xml:space="preserve">výborom </w:t>
      </w:r>
      <w:proofErr w:type="gramStart"/>
      <w:r w:rsidR="00853BA9">
        <w:t xml:space="preserve">OZ </w:t>
      </w:r>
      <w:r>
        <w:t>.</w:t>
      </w:r>
      <w:proofErr w:type="gramEnd"/>
      <w:r>
        <w:br/>
      </w:r>
    </w:p>
    <w:sectPr w:rsidR="00074F83" w:rsidSect="00DF6ED4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4F83"/>
    <w:rsid w:val="0015074B"/>
    <w:rsid w:val="0029639D"/>
    <w:rsid w:val="00326F90"/>
    <w:rsid w:val="004D1EB3"/>
    <w:rsid w:val="00853BA9"/>
    <w:rsid w:val="009C29AC"/>
    <w:rsid w:val="00AA1D8D"/>
    <w:rsid w:val="00B47730"/>
    <w:rsid w:val="00CB0664"/>
    <w:rsid w:val="00DF6E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5545856-8969-4466-83BA-8375EB04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9CD790-779E-4283-AC7B-212757EC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1995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Funková</cp:lastModifiedBy>
  <cp:revision>2</cp:revision>
  <dcterms:created xsi:type="dcterms:W3CDTF">2025-07-15T14:28:00Z</dcterms:created>
  <dcterms:modified xsi:type="dcterms:W3CDTF">2025-07-15T14:28:00Z</dcterms:modified>
  <cp:category/>
</cp:coreProperties>
</file>