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2C3D9B" w14:textId="77777777" w:rsidR="00AA4BD6" w:rsidRDefault="00000000">
      <w:pPr>
        <w:pStyle w:val="Nadpis1"/>
      </w:pPr>
      <w:r>
        <w:t>Poznámky k účtovnej závierke mikro účtovnej jednotky za rok 2025</w:t>
      </w:r>
    </w:p>
    <w:p w14:paraId="72442086" w14:textId="77777777" w:rsidR="00AA4BD6" w:rsidRDefault="00000000">
      <w:r>
        <w:t>Obchodné meno: KaeR s. r. o.</w:t>
      </w:r>
      <w:r>
        <w:br/>
        <w:t>Sídlo: Hladovka 32, 027 13</w:t>
      </w:r>
      <w:r>
        <w:br/>
        <w:t>IČO: 56037911</w:t>
      </w:r>
      <w:r>
        <w:br/>
        <w:t>DIČ: 2122174538</w:t>
      </w:r>
      <w:r>
        <w:br/>
        <w:t>Právna forma: spoločnosť s ručením obmedzeným</w:t>
      </w:r>
      <w:r>
        <w:br/>
        <w:t>Dátum zostavenia účtovnej závierky: 31.12.2025</w:t>
      </w:r>
      <w:r>
        <w:br/>
        <w:t>Dátum schválenia účtovnej závierky: 31.12.2025</w:t>
      </w:r>
    </w:p>
    <w:p w14:paraId="3AA09DE1" w14:textId="77777777" w:rsidR="00AA4BD6" w:rsidRDefault="00000000">
      <w:pPr>
        <w:pStyle w:val="Nadpis2"/>
      </w:pPr>
      <w:r>
        <w:t>1. Všeobecné informácie</w:t>
      </w:r>
    </w:p>
    <w:p w14:paraId="3ED59B7A" w14:textId="77777777" w:rsidR="00AA4BD6" w:rsidRDefault="00000000">
      <w:r>
        <w:t>Účtovná závierka bola zostavená a schválená k 31.12.2025 v súlade so zákonom č. 431/2002 Z. z. o účtovníctve ako riadna účtovná závierka mikro účtovnej jednotky v mene euro.</w:t>
      </w:r>
    </w:p>
    <w:p w14:paraId="23BA6FE3" w14:textId="77777777" w:rsidR="00AA4BD6" w:rsidRDefault="00000000">
      <w:pPr>
        <w:pStyle w:val="Nadpis2"/>
      </w:pPr>
      <w:r>
        <w:t>2. Použité účtovné zásady a metódy</w:t>
      </w:r>
    </w:p>
    <w:p w14:paraId="426325C4" w14:textId="77777777" w:rsidR="00AA4BD6" w:rsidRDefault="00000000">
      <w:r>
        <w:t>Účtovníctvo bolo vedené v súlade so zákonom o účtovníctve a postupmi účtovania pre podnikateľov. Účtovná jednotka uplatňuje zásadu časovej a vecnej súvislosti nákladov a výnosov. Odpisy dlhodobého majetku sú rovnomerné. Účtovná jednotka netvorila rezervy ani opravné položky.</w:t>
      </w:r>
    </w:p>
    <w:p w14:paraId="70ACA2EC" w14:textId="77777777" w:rsidR="00AA4BD6" w:rsidRDefault="00000000">
      <w:pPr>
        <w:pStyle w:val="Nadpis2"/>
      </w:pPr>
      <w:r>
        <w:t>3. Majetok a záväzky</w:t>
      </w:r>
    </w:p>
    <w:p w14:paraId="29F325F5" w14:textId="77777777" w:rsidR="00AA4BD6" w:rsidRDefault="00000000">
      <w:r>
        <w:t>Účtovná jednotka v účtovnom období roku 2025 nevlastnila dlhodobý hmotný ani nehmotný majetok. Pohľadávky a záväzky sú krátkodobého charakteru a sú vykázané v menovitej hodnote.</w:t>
      </w:r>
    </w:p>
    <w:p w14:paraId="7003E2F8" w14:textId="77777777" w:rsidR="00AA4BD6" w:rsidRDefault="00000000">
      <w:pPr>
        <w:pStyle w:val="Nadpis2"/>
      </w:pPr>
      <w:r>
        <w:t>4. Výsledok hospodárenia</w:t>
      </w:r>
    </w:p>
    <w:p w14:paraId="6027426C" w14:textId="77777777" w:rsidR="00AA4BD6" w:rsidRDefault="00000000">
      <w:r>
        <w:t>Výsledok hospodárenia po zdanení za účtovné obdobie roku 2025 predstavuje sumu 3 035,82 EUR.</w:t>
      </w:r>
    </w:p>
    <w:p w14:paraId="5D2C0CAA" w14:textId="77777777" w:rsidR="00AA4BD6" w:rsidRDefault="00000000">
      <w:pPr>
        <w:pStyle w:val="Nadpis2"/>
      </w:pPr>
      <w:r>
        <w:t>5. Daň z príjmov</w:t>
      </w:r>
    </w:p>
    <w:p w14:paraId="7DEEB104" w14:textId="77777777" w:rsidR="00AA4BD6" w:rsidRDefault="00000000">
      <w:r>
        <w:t>Daň z príjmov právnických osôb bola vypočítaná v súlade s platnou legislatívou a vykázaná v daňovom priznaní za rok 2025.</w:t>
      </w:r>
    </w:p>
    <w:p w14:paraId="4909EFCC" w14:textId="77777777" w:rsidR="00AA4BD6" w:rsidRDefault="00000000">
      <w:pPr>
        <w:pStyle w:val="Nadpis2"/>
      </w:pPr>
      <w:r>
        <w:t>6. Udalosti po súvahovom dni</w:t>
      </w:r>
    </w:p>
    <w:p w14:paraId="1D413D01" w14:textId="77777777" w:rsidR="00AA4BD6" w:rsidRDefault="00000000">
      <w:r>
        <w:t>Po dni, ku ktorému sa zostavuje účtovná závierka, nenastali žiadne významné udalosti, ktoré by mali vplyv na finančnú situáciu účtovnej jednotky.</w:t>
      </w:r>
    </w:p>
    <w:sectPr w:rsidR="00AA4BD6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zo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zo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Zo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Zo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Zo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69484277">
    <w:abstractNumId w:val="8"/>
  </w:num>
  <w:num w:numId="2" w16cid:durableId="396783669">
    <w:abstractNumId w:val="6"/>
  </w:num>
  <w:num w:numId="3" w16cid:durableId="366687823">
    <w:abstractNumId w:val="5"/>
  </w:num>
  <w:num w:numId="4" w16cid:durableId="1613396991">
    <w:abstractNumId w:val="4"/>
  </w:num>
  <w:num w:numId="5" w16cid:durableId="2028673509">
    <w:abstractNumId w:val="7"/>
  </w:num>
  <w:num w:numId="6" w16cid:durableId="1215581338">
    <w:abstractNumId w:val="3"/>
  </w:num>
  <w:num w:numId="7" w16cid:durableId="1094210508">
    <w:abstractNumId w:val="2"/>
  </w:num>
  <w:num w:numId="8" w16cid:durableId="564683641">
    <w:abstractNumId w:val="1"/>
  </w:num>
  <w:num w:numId="9" w16cid:durableId="11292823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680CD9"/>
    <w:rsid w:val="006E1DB6"/>
    <w:rsid w:val="00AA1D8D"/>
    <w:rsid w:val="00AA4BD6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6797870"/>
  <w14:defaultImageDpi w14:val="300"/>
  <w15:docId w15:val="{2A393744-C713-44FF-9C3F-DD4B25B99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C693F"/>
  </w:style>
  <w:style w:type="paragraph" w:styleId="Nadpis1">
    <w:name w:val="heading 1"/>
    <w:basedOn w:val="Normlny"/>
    <w:next w:val="Normlny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618BF"/>
  </w:style>
  <w:style w:type="paragraph" w:styleId="Pta">
    <w:name w:val="footer"/>
    <w:basedOn w:val="Normlny"/>
    <w:link w:val="Pta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618BF"/>
  </w:style>
  <w:style w:type="paragraph" w:styleId="Bezriadkovania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Predvolenpsmoodseku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ov">
    <w:name w:val="Title"/>
    <w:basedOn w:val="Normlny"/>
    <w:next w:val="Normlny"/>
    <w:link w:val="Nzo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ekzoznamu">
    <w:name w:val="List Paragraph"/>
    <w:basedOn w:val="Normlny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A1D8D"/>
  </w:style>
  <w:style w:type="paragraph" w:styleId="Zkladntext2">
    <w:name w:val="Body Text 2"/>
    <w:basedOn w:val="Normlny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AA1D8D"/>
  </w:style>
  <w:style w:type="paragraph" w:styleId="Zkladntext3">
    <w:name w:val="Body Text 3"/>
    <w:basedOn w:val="Normlny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A1D8D"/>
    <w:rPr>
      <w:sz w:val="16"/>
      <w:szCs w:val="16"/>
    </w:rPr>
  </w:style>
  <w:style w:type="paragraph" w:styleId="Zoznam">
    <w:name w:val="List"/>
    <w:basedOn w:val="Normlny"/>
    <w:uiPriority w:val="99"/>
    <w:unhideWhenUsed/>
    <w:rsid w:val="00AA1D8D"/>
    <w:pPr>
      <w:ind w:left="360" w:hanging="360"/>
      <w:contextualSpacing/>
    </w:pPr>
  </w:style>
  <w:style w:type="paragraph" w:styleId="Zoznam2">
    <w:name w:val="List 2"/>
    <w:basedOn w:val="Normlny"/>
    <w:uiPriority w:val="99"/>
    <w:unhideWhenUsed/>
    <w:rsid w:val="00326F90"/>
    <w:pPr>
      <w:ind w:left="720" w:hanging="360"/>
      <w:contextualSpacing/>
    </w:pPr>
  </w:style>
  <w:style w:type="paragraph" w:styleId="Zoznam3">
    <w:name w:val="List 3"/>
    <w:basedOn w:val="Normlny"/>
    <w:uiPriority w:val="99"/>
    <w:unhideWhenUsed/>
    <w:rsid w:val="00326F90"/>
    <w:pPr>
      <w:ind w:left="1080" w:hanging="360"/>
      <w:contextualSpacing/>
    </w:pPr>
  </w:style>
  <w:style w:type="paragraph" w:styleId="Zoznamsodrkami">
    <w:name w:val="List Bullet"/>
    <w:basedOn w:val="Normlny"/>
    <w:uiPriority w:val="99"/>
    <w:unhideWhenUsed/>
    <w:rsid w:val="00326F90"/>
    <w:pPr>
      <w:numPr>
        <w:numId w:val="1"/>
      </w:numPr>
      <w:contextualSpacing/>
    </w:pPr>
  </w:style>
  <w:style w:type="paragraph" w:styleId="Zoznamsodrkami2">
    <w:name w:val="List Bullet 2"/>
    <w:basedOn w:val="Normlny"/>
    <w:uiPriority w:val="99"/>
    <w:unhideWhenUsed/>
    <w:rsid w:val="00326F90"/>
    <w:pPr>
      <w:numPr>
        <w:numId w:val="2"/>
      </w:numPr>
      <w:contextualSpacing/>
    </w:pPr>
  </w:style>
  <w:style w:type="paragraph" w:styleId="Zoznamsodrkami3">
    <w:name w:val="List Bullet 3"/>
    <w:basedOn w:val="Normlny"/>
    <w:uiPriority w:val="99"/>
    <w:unhideWhenUsed/>
    <w:rsid w:val="00326F90"/>
    <w:pPr>
      <w:numPr>
        <w:numId w:val="3"/>
      </w:numPr>
      <w:contextualSpacing/>
    </w:pPr>
  </w:style>
  <w:style w:type="paragraph" w:styleId="slovanzoznam">
    <w:name w:val="List Number"/>
    <w:basedOn w:val="Normlny"/>
    <w:uiPriority w:val="99"/>
    <w:unhideWhenUsed/>
    <w:rsid w:val="00326F90"/>
    <w:pPr>
      <w:numPr>
        <w:numId w:val="5"/>
      </w:numPr>
      <w:contextualSpacing/>
    </w:pPr>
  </w:style>
  <w:style w:type="paragraph" w:styleId="slovanzoznam2">
    <w:name w:val="List Number 2"/>
    <w:basedOn w:val="Normlny"/>
    <w:uiPriority w:val="99"/>
    <w:unhideWhenUsed/>
    <w:rsid w:val="0029639D"/>
    <w:pPr>
      <w:numPr>
        <w:numId w:val="6"/>
      </w:numPr>
      <w:contextualSpacing/>
    </w:pPr>
  </w:style>
  <w:style w:type="paragraph" w:styleId="slovanzoznam3">
    <w:name w:val="List Number 3"/>
    <w:basedOn w:val="Normlny"/>
    <w:uiPriority w:val="99"/>
    <w:unhideWhenUsed/>
    <w:rsid w:val="0029639D"/>
    <w:pPr>
      <w:numPr>
        <w:numId w:val="7"/>
      </w:numPr>
      <w:contextualSpacing/>
    </w:pPr>
  </w:style>
  <w:style w:type="paragraph" w:styleId="Pokraovaniezoznamu">
    <w:name w:val="List Continue"/>
    <w:basedOn w:val="Normlny"/>
    <w:uiPriority w:val="99"/>
    <w:unhideWhenUsed/>
    <w:rsid w:val="0029639D"/>
    <w:pPr>
      <w:spacing w:after="120"/>
      <w:ind w:left="360"/>
      <w:contextualSpacing/>
    </w:pPr>
  </w:style>
  <w:style w:type="paragraph" w:styleId="Pokraovaniezoznamu2">
    <w:name w:val="List Continue 2"/>
    <w:basedOn w:val="Normlny"/>
    <w:uiPriority w:val="99"/>
    <w:unhideWhenUsed/>
    <w:rsid w:val="0029639D"/>
    <w:pPr>
      <w:spacing w:after="120"/>
      <w:ind w:left="720"/>
      <w:contextualSpacing/>
    </w:pPr>
  </w:style>
  <w:style w:type="paragraph" w:styleId="Pokraovaniezoznamu3">
    <w:name w:val="List Continue 3"/>
    <w:basedOn w:val="Normlny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Predvolenpsmoodseku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FC693F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Vrazn">
    <w:name w:val="Strong"/>
    <w:basedOn w:val="Predvolenpsmoodseku"/>
    <w:uiPriority w:val="22"/>
    <w:qFormat/>
    <w:rsid w:val="00FC693F"/>
    <w:rPr>
      <w:b/>
      <w:bCs/>
    </w:rPr>
  </w:style>
  <w:style w:type="character" w:styleId="Zvraznenie">
    <w:name w:val="Emphasis"/>
    <w:basedOn w:val="Predvolenpsmoodseku"/>
    <w:uiPriority w:val="20"/>
    <w:qFormat/>
    <w:rsid w:val="00FC693F"/>
    <w:rPr>
      <w:i/>
      <w:iCs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C693F"/>
    <w:rPr>
      <w:b/>
      <w:bCs/>
      <w:i/>
      <w:iCs/>
      <w:color w:val="4F81BD" w:themeColor="accent1"/>
    </w:rPr>
  </w:style>
  <w:style w:type="character" w:styleId="Jemnzvraznenie">
    <w:name w:val="Subtle Emphasis"/>
    <w:basedOn w:val="Predvolenpsmoodseku"/>
    <w:uiPriority w:val="19"/>
    <w:qFormat/>
    <w:rsid w:val="00FC693F"/>
    <w:rPr>
      <w:i/>
      <w:iCs/>
      <w:color w:val="808080" w:themeColor="text1" w:themeTint="7F"/>
    </w:rPr>
  </w:style>
  <w:style w:type="character" w:styleId="Intenzvnezvraznenie">
    <w:name w:val="Intense Emphasis"/>
    <w:basedOn w:val="Predvolenpsmoodseku"/>
    <w:uiPriority w:val="21"/>
    <w:qFormat/>
    <w:rsid w:val="00FC693F"/>
    <w:rPr>
      <w:b/>
      <w:bCs/>
      <w:i/>
      <w:iCs/>
      <w:color w:val="4F81BD" w:themeColor="accent1"/>
    </w:rPr>
  </w:style>
  <w:style w:type="character" w:styleId="Jemnodkaz">
    <w:name w:val="Subtle Reference"/>
    <w:basedOn w:val="Predvolenpsmoodseku"/>
    <w:uiPriority w:val="31"/>
    <w:qFormat/>
    <w:rsid w:val="00FC693F"/>
    <w:rPr>
      <w:smallCaps/>
      <w:color w:val="C0504D" w:themeColor="accent2"/>
      <w:u w:val="single"/>
    </w:rPr>
  </w:style>
  <w:style w:type="character" w:styleId="Zvraznenodkaz">
    <w:name w:val="Intense Reference"/>
    <w:basedOn w:val="Predvolenpsmoodsek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ovknihy">
    <w:name w:val="Book Title"/>
    <w:basedOn w:val="Predvolenpsmoodseku"/>
    <w:uiPriority w:val="33"/>
    <w:qFormat/>
    <w:rsid w:val="00FC693F"/>
    <w:rPr>
      <w:b/>
      <w:bCs/>
      <w:smallCaps/>
      <w:spacing w:val="5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FC693F"/>
    <w:pPr>
      <w:outlineLvl w:val="9"/>
    </w:pPr>
  </w:style>
  <w:style w:type="table" w:styleId="Mriekatabuky">
    <w:name w:val="Table Grid"/>
    <w:basedOn w:val="Normlnatabu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etlpodfarbenie">
    <w:name w:val="Light Shading"/>
    <w:basedOn w:val="Normlnatabu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etlpodfarbeniezvraznenie1">
    <w:name w:val="Light Shading Accent 1"/>
    <w:basedOn w:val="Normlnatabu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etlpodfarbeniezvraznenie2">
    <w:name w:val="Light Shading Accent 2"/>
    <w:basedOn w:val="Normlnatabu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etlpodfarbeniezvraznenie3">
    <w:name w:val="Light Shading Accent 3"/>
    <w:basedOn w:val="Normlnatabu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etlpodfarbeniezvraznenie4">
    <w:name w:val="Light Shading Accent 4"/>
    <w:basedOn w:val="Normlnatabu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etlpodfarbeniezvraznenie5">
    <w:name w:val="Light Shading Accent 5"/>
    <w:basedOn w:val="Normlnatabu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etlpodfarbeniezvraznenie6">
    <w:name w:val="Light Shading Accent 6"/>
    <w:basedOn w:val="Normlnatabu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etlzoznam">
    <w:name w:val="Light List"/>
    <w:basedOn w:val="Normlnatabu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etlzoznamzvraznenie1">
    <w:name w:val="Light List Accent 1"/>
    <w:basedOn w:val="Normlnatabu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etlzoznamzvraznenie2">
    <w:name w:val="Light List Accent 2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etlzoznamzvraznenie3">
    <w:name w:val="Light List Accent 3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etlzoznamzvraznenie4">
    <w:name w:val="Light List Accent 4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etlzoznamzvraznenie5">
    <w:name w:val="Light List Accent 5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etlzoznamzvraznenie6">
    <w:name w:val="Light List Accent 6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etlmrieka">
    <w:name w:val="Light Grid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etlmriekazvraznenie1">
    <w:name w:val="Light Grid Accent 1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etlmriekazvraznenie2">
    <w:name w:val="Light Grid Accent 2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etlmriekazvraznenie3">
    <w:name w:val="Light Grid Accent 3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etlmriekazvraznenie4">
    <w:name w:val="Light Grid Accent 4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etlmriekazvraznenie5">
    <w:name w:val="Light Grid Accent 5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etlmriekazvraznenie6">
    <w:name w:val="Light Grid Accent 6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rednpodfarbenie1">
    <w:name w:val="Medium Shading 1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1">
    <w:name w:val="Medium Shading 1 Accent 1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2">
    <w:name w:val="Medium Shading 1 Accent 2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3">
    <w:name w:val="Medium Shading 1 Accent 3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4">
    <w:name w:val="Medium Shading 1 Accent 4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5">
    <w:name w:val="Medium Shading 1 Accent 5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Farebnpodfarbenie1zvraznenie6">
    <w:name w:val="Medium Shading 1 Accent 6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2">
    <w:name w:val="Medium Shading 2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1">
    <w:name w:val="Medium Shading 2 Accent 1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2">
    <w:name w:val="Medium Shading 2 Accent 2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3">
    <w:name w:val="Medium Shading 2 Accent 3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4">
    <w:name w:val="Medium Shading 2 Accent 4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5">
    <w:name w:val="Medium Shading 2 Accent 5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Farebnpodfarbenie2zvraznenie6">
    <w:name w:val="Medium Shading 2 Accent 6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zoznam1">
    <w:name w:val="Medium List 1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rednzoznam1zvraznenie1">
    <w:name w:val="Medium List 1 Accent 1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rednzoznam1zvraznenie2">
    <w:name w:val="Medium List 1 Accent 2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rednzoznam1zvraznenie3">
    <w:name w:val="Medium List 1 Accent 3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rednzoznam1zvraznenie4">
    <w:name w:val="Medium List 1 Accent 4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rednzoznam1zvraznenie5">
    <w:name w:val="Medium List 1 Accent 5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rednzoznam1zvraznenie6">
    <w:name w:val="Medium List 1 Accent 6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rednzoznam2">
    <w:name w:val="Medium List 2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1">
    <w:name w:val="Medium List 2 Accent 1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2">
    <w:name w:val="Medium List 2 Accent 2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3">
    <w:name w:val="Medium List 2 Accent 3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4">
    <w:name w:val="Medium List 2 Accent 4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5">
    <w:name w:val="Medium List 2 Accent 5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6">
    <w:name w:val="Medium List 2 Accent 6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mrieka1">
    <w:name w:val="Medium Grid 1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rednmrieka1zvraznenie1">
    <w:name w:val="Medium Grid 1 Accent 1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rednmrieka1zvraznenie2">
    <w:name w:val="Medium Grid 1 Accent 2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rednmrieka1zvraznenie3">
    <w:name w:val="Medium Grid 1 Accent 3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rednmrieka1zvraznenie4">
    <w:name w:val="Medium Grid 1 Accent 4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rednmrieka1zvraznenie5">
    <w:name w:val="Medium Grid 1 Accent 5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rednmrieka1zvraznenie6">
    <w:name w:val="Medium Grid 1 Accent 6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rednmrieka2">
    <w:name w:val="Medium Grid 2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1">
    <w:name w:val="Medium Grid 2 Accent 1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2">
    <w:name w:val="Medium Grid 2 Accent 2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3">
    <w:name w:val="Medium Grid 2 Accent 3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4">
    <w:name w:val="Medium Grid 2 Accent 4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5">
    <w:name w:val="Medium Grid 2 Accent 5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6">
    <w:name w:val="Medium Grid 2 Accent 6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3">
    <w:name w:val="Medium Grid 3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rednmrieka3zvraznenie1">
    <w:name w:val="Medium Grid 3 Accent 1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rednmrieka3zvraznenie2">
    <w:name w:val="Medium Grid 3 Accent 2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rednmrieka3zvraznenie3">
    <w:name w:val="Medium Grid 3 Accent 3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rednmrieka3zvraznenie4">
    <w:name w:val="Medium Grid 3 Accent 4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rednmrieka3zvraznenie5">
    <w:name w:val="Medium Grid 3 Accent 5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rednmrieka3zvraznenie6">
    <w:name w:val="Medium Grid 3 Accent 6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zoznam">
    <w:name w:val="Dark List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zoznamzvraznenie1">
    <w:name w:val="Dark List Accent 1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zoznamzvraznenie2">
    <w:name w:val="Dark List Accent 2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zoznamzvraznenie3">
    <w:name w:val="Dark List Accent 3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zoznamzvraznenie4">
    <w:name w:val="Dark List Accent 4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zoznamzvraznenie5">
    <w:name w:val="Dark List Accent 5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zoznamzvraznenie6">
    <w:name w:val="Dark List Accent 6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ebnpodfarbenie">
    <w:name w:val="Colorful Shading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1">
    <w:name w:val="Colorful Shading Accent 1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2">
    <w:name w:val="Colorful Shading Accent 2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3">
    <w:name w:val="Colorful Shading Accent 3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ebnpodfarbeniezvraznenie4">
    <w:name w:val="Colorful Shading Accent 4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5">
    <w:name w:val="Colorful Shading Accent 5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6">
    <w:name w:val="Colorful Shading Accent 6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zoznam">
    <w:name w:val="Colorful List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ebnzoznamzvraznenie1">
    <w:name w:val="Colorful List Accent 1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ebnzoznamzvraznenie2">
    <w:name w:val="Colorful List Accent 2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ebnzoznamzvraznenie3">
    <w:name w:val="Colorful List Accent 3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ebnzoznamzvraznenie4">
    <w:name w:val="Colorful List Accent 4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ebnzoznamzvraznenie5">
    <w:name w:val="Colorful List Accent 5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ebnzoznamzvraznenie6">
    <w:name w:val="Colorful List Accent 6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ebnmrieka">
    <w:name w:val="Colorful Grid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ebnmriekazvraznenie1">
    <w:name w:val="Colorful Grid Accent 1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ebnmriekazvraznenie2">
    <w:name w:val="Colorful Grid Accent 2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ebnmriekazvraznenie3">
    <w:name w:val="Colorful Grid Accent 3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ebnmriekazvraznenie4">
    <w:name w:val="Colorful Grid Accent 4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ebnmriekazvraznenie5">
    <w:name w:val="Colorful Grid Accent 5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ebnmriekazvraznenie6">
    <w:name w:val="Colorful Grid Accent 6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1429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Marianna Čajková</cp:lastModifiedBy>
  <cp:revision>2</cp:revision>
  <dcterms:created xsi:type="dcterms:W3CDTF">2026-02-09T13:15:00Z</dcterms:created>
  <dcterms:modified xsi:type="dcterms:W3CDTF">2026-02-09T13:15:00Z</dcterms:modified>
  <cp:category/>
</cp:coreProperties>
</file>