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87B01" w14:textId="286B0823" w:rsidR="00760D6A" w:rsidRDefault="00BF754B" w:rsidP="00BF754B">
      <w:pPr>
        <w:ind w:left="2880"/>
      </w:pPr>
      <w:r>
        <w:rPr>
          <w:b/>
          <w:sz w:val="28"/>
        </w:rPr>
        <w:t>POZNÁMKY K ÚČTOVNEJ ZÁVIERKE</w:t>
      </w:r>
      <w:r>
        <w:rPr>
          <w:b/>
          <w:sz w:val="28"/>
        </w:rPr>
        <w:br/>
        <w:t xml:space="preserve">             k 31. 12. 2025</w:t>
      </w:r>
    </w:p>
    <w:p w14:paraId="6F438EC1" w14:textId="77777777" w:rsidR="00760D6A" w:rsidRDefault="00000000">
      <w:r>
        <w:t>Obchodné meno: Pemar, s.r.o.</w:t>
      </w:r>
    </w:p>
    <w:p w14:paraId="0DC88790" w14:textId="2B665254" w:rsidR="00760D6A" w:rsidRDefault="00000000">
      <w:proofErr w:type="spellStart"/>
      <w:r>
        <w:t>Sídlo</w:t>
      </w:r>
      <w:proofErr w:type="spellEnd"/>
      <w:r>
        <w:t>: _</w:t>
      </w:r>
      <w:proofErr w:type="spellStart"/>
      <w:r w:rsidR="00BF754B">
        <w:t>Mládežnicka</w:t>
      </w:r>
      <w:proofErr w:type="spellEnd"/>
      <w:r w:rsidR="00BF754B">
        <w:t xml:space="preserve"> 6, 974 01 </w:t>
      </w:r>
      <w:proofErr w:type="spellStart"/>
      <w:r w:rsidR="00BF754B">
        <w:t>Banská</w:t>
      </w:r>
      <w:proofErr w:type="spellEnd"/>
      <w:r w:rsidR="00BF754B">
        <w:t xml:space="preserve"> </w:t>
      </w:r>
      <w:proofErr w:type="spellStart"/>
      <w:r w:rsidR="00BF754B">
        <w:t>Bystrica</w:t>
      </w:r>
      <w:proofErr w:type="spellEnd"/>
    </w:p>
    <w:p w14:paraId="6105661E" w14:textId="47E722F8" w:rsidR="00760D6A" w:rsidRDefault="00000000">
      <w:r>
        <w:t>IČO:</w:t>
      </w:r>
      <w:r w:rsidR="00BF754B">
        <w:t xml:space="preserve">  36025089</w:t>
      </w:r>
    </w:p>
    <w:p w14:paraId="15EB7D14" w14:textId="1FF3940D" w:rsidR="00BF754B" w:rsidRDefault="00000000">
      <w:r>
        <w:t xml:space="preserve">DIČ: </w:t>
      </w:r>
      <w:r w:rsidR="00BF754B">
        <w:t>2021343555</w:t>
      </w:r>
    </w:p>
    <w:p w14:paraId="6B5C7DDB" w14:textId="27702FEE" w:rsidR="00760D6A" w:rsidRDefault="00000000">
      <w:r>
        <w:t>I. Všeobecné údaje</w:t>
      </w:r>
    </w:p>
    <w:p w14:paraId="565538D0" w14:textId="5C9B44BC" w:rsidR="00760D6A" w:rsidRDefault="00000000">
      <w:r>
        <w:t xml:space="preserve">Spoločnosť Pemar, s.r.o. bola </w:t>
      </w:r>
      <w:proofErr w:type="spellStart"/>
      <w:r>
        <w:t>založená</w:t>
      </w:r>
      <w:proofErr w:type="spellEnd"/>
      <w:r>
        <w:t xml:space="preserve"> </w:t>
      </w:r>
      <w:proofErr w:type="spellStart"/>
      <w:proofErr w:type="gramStart"/>
      <w:r>
        <w:t>dňa</w:t>
      </w:r>
      <w:proofErr w:type="spellEnd"/>
      <w:r>
        <w:t xml:space="preserve"> </w:t>
      </w:r>
      <w:r w:rsidR="00AB374F">
        <w:t>:</w:t>
      </w:r>
      <w:proofErr w:type="gramEnd"/>
      <w:r w:rsidR="00AB374F">
        <w:t xml:space="preserve"> 24.10.1997</w:t>
      </w:r>
    </w:p>
    <w:p w14:paraId="1E715FF4" w14:textId="29044251" w:rsidR="00760D6A" w:rsidRDefault="00000000">
      <w:proofErr w:type="spellStart"/>
      <w:r>
        <w:t>Predmet</w:t>
      </w:r>
      <w:proofErr w:type="spellEnd"/>
      <w:r>
        <w:t xml:space="preserve"> </w:t>
      </w:r>
      <w:proofErr w:type="spellStart"/>
      <w:r>
        <w:t>podnikania</w:t>
      </w:r>
      <w:proofErr w:type="spellEnd"/>
      <w:r>
        <w:t xml:space="preserve">: </w:t>
      </w:r>
      <w:r w:rsidR="00BF754B">
        <w:t xml:space="preserve"> </w:t>
      </w:r>
      <w:proofErr w:type="spellStart"/>
      <w:r w:rsidR="00BF754B">
        <w:t>maloobchod</w:t>
      </w:r>
      <w:proofErr w:type="spellEnd"/>
      <w:r w:rsidR="00BF754B">
        <w:t xml:space="preserve">, </w:t>
      </w:r>
      <w:proofErr w:type="spellStart"/>
      <w:r w:rsidR="00BF754B">
        <w:t>veľkoobchod</w:t>
      </w:r>
      <w:proofErr w:type="spellEnd"/>
    </w:p>
    <w:p w14:paraId="46FEFE07" w14:textId="77777777" w:rsidR="00760D6A" w:rsidRDefault="00000000">
      <w:r>
        <w:t>II. Použité účtovné zásady a metódy</w:t>
      </w:r>
    </w:p>
    <w:p w14:paraId="3F642D95" w14:textId="77777777" w:rsidR="00760D6A" w:rsidRDefault="00000000">
      <w:r>
        <w:t>Účtovná závierka bola zostavená v súlade so zákonom o účtovníctve.</w:t>
      </w:r>
    </w:p>
    <w:p w14:paraId="7BC45E11" w14:textId="77777777" w:rsidR="00760D6A" w:rsidRDefault="00000000">
      <w:r>
        <w:t>III. Doplňujúce údaje k súvahe</w:t>
      </w:r>
    </w:p>
    <w:p w14:paraId="3759ACC3" w14:textId="142A1A82" w:rsidR="00760D6A" w:rsidRDefault="00000000">
      <w:proofErr w:type="spellStart"/>
      <w:r>
        <w:t>Pokladnica</w:t>
      </w:r>
      <w:proofErr w:type="spellEnd"/>
      <w:r>
        <w:t xml:space="preserve"> a </w:t>
      </w:r>
      <w:proofErr w:type="spellStart"/>
      <w:r>
        <w:t>bankové</w:t>
      </w:r>
      <w:proofErr w:type="spellEnd"/>
      <w:r>
        <w:t xml:space="preserve"> </w:t>
      </w:r>
      <w:proofErr w:type="spellStart"/>
      <w:r>
        <w:t>účty</w:t>
      </w:r>
      <w:proofErr w:type="spellEnd"/>
      <w:r>
        <w:t>:</w:t>
      </w:r>
      <w:r w:rsidR="00BF754B">
        <w:t xml:space="preserve">    </w:t>
      </w:r>
      <w:r w:rsidR="00AB374F">
        <w:t>6557.-</w:t>
      </w:r>
      <w:r>
        <w:t xml:space="preserve"> EUR</w:t>
      </w:r>
    </w:p>
    <w:p w14:paraId="06457A27" w14:textId="62F4C5F7" w:rsidR="00760D6A" w:rsidRDefault="00000000">
      <w:proofErr w:type="spellStart"/>
      <w:r>
        <w:t>Krátkodobé</w:t>
      </w:r>
      <w:proofErr w:type="spellEnd"/>
      <w:r>
        <w:t xml:space="preserve"> </w:t>
      </w:r>
      <w:proofErr w:type="spellStart"/>
      <w:r>
        <w:t>pohľadávky</w:t>
      </w:r>
      <w:proofErr w:type="spellEnd"/>
      <w:r>
        <w:t xml:space="preserve">: </w:t>
      </w:r>
      <w:proofErr w:type="gramStart"/>
      <w:r w:rsidR="00AB374F">
        <w:t>17479.--</w:t>
      </w:r>
      <w:proofErr w:type="gramEnd"/>
      <w:r>
        <w:t>EUR</w:t>
      </w:r>
    </w:p>
    <w:p w14:paraId="326BDE52" w14:textId="249C9602" w:rsidR="00760D6A" w:rsidRDefault="00000000">
      <w:proofErr w:type="spellStart"/>
      <w:r>
        <w:t>Krátkodobé</w:t>
      </w:r>
      <w:proofErr w:type="spellEnd"/>
      <w:r>
        <w:t xml:space="preserve"> záväzky:</w:t>
      </w:r>
      <w:proofErr w:type="gramStart"/>
      <w:r w:rsidR="00AB374F">
        <w:t>260,--</w:t>
      </w:r>
      <w:proofErr w:type="gramEnd"/>
      <w:r>
        <w:t xml:space="preserve"> EUR</w:t>
      </w:r>
    </w:p>
    <w:p w14:paraId="6F3CB372" w14:textId="77777777" w:rsidR="00760D6A" w:rsidRDefault="00760D6A"/>
    <w:p w14:paraId="06BD1D72" w14:textId="77777777" w:rsidR="00760D6A" w:rsidRDefault="00000000">
      <w:r>
        <w:t>IV. Výsledok hospodárenia</w:t>
      </w:r>
    </w:p>
    <w:p w14:paraId="201F49CD" w14:textId="7F94AC75" w:rsidR="00760D6A" w:rsidRDefault="00000000">
      <w:proofErr w:type="spellStart"/>
      <w:r>
        <w:t>Výnosy</w:t>
      </w:r>
      <w:proofErr w:type="spellEnd"/>
      <w:r>
        <w:t xml:space="preserve">: </w:t>
      </w:r>
      <w:r w:rsidR="00AB374F">
        <w:t xml:space="preserve">  </w:t>
      </w:r>
      <w:proofErr w:type="gramStart"/>
      <w:r w:rsidR="00AB374F">
        <w:t>487701.--</w:t>
      </w:r>
      <w:proofErr w:type="gramEnd"/>
      <w:r>
        <w:t>EUR</w:t>
      </w:r>
    </w:p>
    <w:p w14:paraId="6B5EF777" w14:textId="0E290EB4" w:rsidR="00760D6A" w:rsidRDefault="00000000">
      <w:proofErr w:type="spellStart"/>
      <w:r>
        <w:t>Náklady</w:t>
      </w:r>
      <w:proofErr w:type="spellEnd"/>
      <w:r>
        <w:t>:</w:t>
      </w:r>
      <w:r w:rsidR="00AB374F">
        <w:t xml:space="preserve">   </w:t>
      </w:r>
      <w:proofErr w:type="gramStart"/>
      <w:r w:rsidR="00AB374F">
        <w:t>458426.--</w:t>
      </w:r>
      <w:proofErr w:type="gramEnd"/>
      <w:r>
        <w:t xml:space="preserve"> EUR</w:t>
      </w:r>
    </w:p>
    <w:p w14:paraId="354880B3" w14:textId="7D5F847B" w:rsidR="00760D6A" w:rsidRDefault="00000000">
      <w:r>
        <w:t>Zisk / strata:</w:t>
      </w:r>
      <w:r w:rsidR="00AB374F">
        <w:t xml:space="preserve">    + </w:t>
      </w:r>
      <w:proofErr w:type="gramStart"/>
      <w:r w:rsidR="00AB374F">
        <w:t>29275.--</w:t>
      </w:r>
      <w:proofErr w:type="gramEnd"/>
      <w:r>
        <w:t xml:space="preserve"> EUR</w:t>
      </w:r>
    </w:p>
    <w:p w14:paraId="3680E9DC" w14:textId="77777777" w:rsidR="00760D6A" w:rsidRDefault="00000000">
      <w:r>
        <w:t>V. Udalosti po dni účtovnej závierky</w:t>
      </w:r>
    </w:p>
    <w:p w14:paraId="0A986515" w14:textId="77777777" w:rsidR="00760D6A" w:rsidRDefault="00000000">
      <w:r>
        <w:t>Nenastali žiadne významné skutočnosti.</w:t>
      </w:r>
    </w:p>
    <w:p w14:paraId="136A8709" w14:textId="77777777" w:rsidR="00760D6A" w:rsidRDefault="00760D6A"/>
    <w:p w14:paraId="78CB24C8" w14:textId="77777777" w:rsidR="00760D6A" w:rsidRDefault="00000000">
      <w:r>
        <w:t>Dňa: 30. 3. 2026</w:t>
      </w:r>
    </w:p>
    <w:sectPr w:rsidR="00760D6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1773558">
    <w:abstractNumId w:val="8"/>
  </w:num>
  <w:num w:numId="2" w16cid:durableId="2137675820">
    <w:abstractNumId w:val="6"/>
  </w:num>
  <w:num w:numId="3" w16cid:durableId="1653171644">
    <w:abstractNumId w:val="5"/>
  </w:num>
  <w:num w:numId="4" w16cid:durableId="1649163758">
    <w:abstractNumId w:val="4"/>
  </w:num>
  <w:num w:numId="5" w16cid:durableId="1013803794">
    <w:abstractNumId w:val="7"/>
  </w:num>
  <w:num w:numId="6" w16cid:durableId="1931959558">
    <w:abstractNumId w:val="3"/>
  </w:num>
  <w:num w:numId="7" w16cid:durableId="1847403180">
    <w:abstractNumId w:val="2"/>
  </w:num>
  <w:num w:numId="8" w16cid:durableId="1552157434">
    <w:abstractNumId w:val="1"/>
  </w:num>
  <w:num w:numId="9" w16cid:durableId="1978488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D749D"/>
    <w:rsid w:val="0029639D"/>
    <w:rsid w:val="00326F90"/>
    <w:rsid w:val="00760D6A"/>
    <w:rsid w:val="00AA1D8D"/>
    <w:rsid w:val="00AB374F"/>
    <w:rsid w:val="00B47730"/>
    <w:rsid w:val="00B60E06"/>
    <w:rsid w:val="00BF754B"/>
    <w:rsid w:val="00C653B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24AE8D"/>
  <w14:defaultImageDpi w14:val="300"/>
  <w15:docId w15:val="{88B3AC86-F608-44E3-A4B7-1CEBA33F4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husqvarna.brezno husqvarna.brezno</cp:lastModifiedBy>
  <cp:revision>4</cp:revision>
  <cp:lastPrinted>2026-03-30T07:00:00Z</cp:lastPrinted>
  <dcterms:created xsi:type="dcterms:W3CDTF">2013-12-23T23:15:00Z</dcterms:created>
  <dcterms:modified xsi:type="dcterms:W3CDTF">2026-03-30T07:01:00Z</dcterms:modified>
  <cp:category/>
</cp:coreProperties>
</file>