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480" w:after="0"/>
        <w:rPr>
          <w:color w:val="111111"/>
        </w:rPr>
      </w:pPr>
      <w:r>
        <w:rPr>
          <w:color w:val="111111"/>
        </w:rPr>
        <w:t>Poznámky k účtovnej závierke k 31.12.2025</w:t>
      </w:r>
    </w:p>
    <w:p>
      <w:pPr>
        <w:pStyle w:val="Normal"/>
        <w:rPr/>
      </w:pPr>
      <w:r>
        <w:rPr/>
        <w:br/>
        <w:t>A. Všeobecné údaje</w:t>
        <w:br/>
        <w:t>Obchodné meno: CAR SK s. r. o.</w:t>
        <w:br/>
        <w:t>Sídlo: Karpatské námestie 10A, Bratislava</w:t>
        <w:br/>
        <w:t>IČO: 55480021</w:t>
        <w:br/>
        <w:t>DIČ: 2121998747</w:t>
        <w:br/>
        <w:t>Účtovná závierka bola zostavená ako riadna účtovná závierka za obdobie 01.01.2025 – 31.12.2025.</w:t>
        <w:br/>
        <w:t>Účtovná jednotka nie je súčasťou konsolidovaného celku.</w:t>
        <w:br/>
        <w:t>Účtovná jednotka nemá zamestnancov.</w:t>
        <w:br/>
      </w:r>
    </w:p>
    <w:p>
      <w:pPr>
        <w:pStyle w:val="Normal"/>
        <w:rPr/>
      </w:pPr>
      <w:r>
        <w:rPr/>
        <w:br/>
        <w:t>B. Použité účtovné zásady a účtovné metódy</w:t>
        <w:br/>
        <w:t>Účtovná závierka bola zostavená za predpokladu nepretržitého pokračovania účtovnej jednotky vo svojej činnosti.</w:t>
        <w:br/>
        <w:t>Účtovná jednotka v účtovnom období nezmenila účtovné zásady ani účtovné metódy.</w:t>
        <w:br/>
      </w:r>
    </w:p>
    <w:p>
      <w:pPr>
        <w:pStyle w:val="Normal"/>
        <w:rPr/>
      </w:pPr>
      <w:r>
        <w:rPr/>
        <w:br/>
        <w:t>C. Majetok a záväzky</w:t>
        <w:br/>
        <w:t>Účtovná jednotka nevlastní dlhodobý hmotný majetok, dlhodobý nehmotný majetok ani zásoby.</w:t>
        <w:br/>
        <w:t>Majetok účtovnej jednotky tvorí:</w:t>
        <w:br/>
        <w:t>- finančný majetok (pokladnica a bankový účet): 16 285 €</w:t>
        <w:br/>
        <w:t>- krátkodobé pohľadávky: 271 €</w:t>
        <w:br/>
        <w:t>Účtovná jednotka eviduje krátkodobé záväzky a daňové záväzky.</w:t>
        <w:br/>
        <w:t>Účtovná jednotka v účtovnom období neodpisovala žiadny majetok.</w:t>
        <w:br/>
      </w:r>
    </w:p>
    <w:p>
      <w:pPr>
        <w:pStyle w:val="Normal"/>
        <w:rPr/>
      </w:pPr>
      <w:r>
        <w:rPr/>
        <w:br/>
        <w:t>D. Výnosy</w:t>
        <w:br/>
        <w:t>Výnosy účtovnej jednotky tvoria tržby za poskytované služby vo výške 5 539 €.</w:t>
        <w:br/>
      </w:r>
    </w:p>
    <w:p>
      <w:pPr>
        <w:pStyle w:val="Normal"/>
        <w:rPr/>
      </w:pPr>
      <w:r>
        <w:rPr/>
        <w:br/>
        <w:t>E. Náklady</w:t>
        <w:br/>
        <w:t>Náklady účtovnej jednotky tvoria najmä náklady na spotrebu materiálu, služby, dane a poplatky a bankové poplatky.</w:t>
        <w:br/>
        <w:t>Náklady spolu: 3 453 €.</w:t>
        <w:br/>
      </w:r>
    </w:p>
    <w:p>
      <w:pPr>
        <w:pStyle w:val="Normal"/>
        <w:spacing w:before="0" w:after="200"/>
        <w:rPr/>
      </w:pPr>
      <w:r>
        <w:rPr/>
        <w:br/>
        <w:t>F. Výsledok hospodárenia a vlastné imanie</w:t>
        <w:br/>
        <w:t xml:space="preserve">Nerozdelený zisk minulých rokov je vo výške 9 535 €. Táto suma zahŕňa zisk za rok 2024 vo výške 2 039 €, </w:t>
        <w:br/>
        <w:t>ktorý bol v roku 2025 preúčtovaný na účet 428 – nerozdelený zisk minulých rokov.</w:t>
        <w:br/>
        <w:br/>
        <w:t>Výsledok hospodárenia za rok 2025 pred zdanením je 2 831 €.</w:t>
        <w:br/>
        <w:t xml:space="preserve">Daň z príjmov za rok 2025 je </w:t>
      </w:r>
      <w:r>
        <w:rPr/>
        <w:t>244,35</w:t>
      </w:r>
      <w:bookmarkStart w:id="0" w:name="__DdeLink__69_2954285872"/>
      <w:r>
        <w:rPr/>
        <w:t xml:space="preserve"> €</w:t>
      </w:r>
      <w:bookmarkEnd w:id="0"/>
      <w:r>
        <w:rPr/>
        <w:t xml:space="preserve"> </w:t>
      </w:r>
      <w:r>
        <w:rPr/>
        <w:t>plus  bola  ooprava nevyznamna  chyba  doučtovanie dane z  prijmov  za  rok 2024 v  sume  387,27  €</w:t>
      </w:r>
      <w:r>
        <w:rPr/>
        <w:t>.</w:t>
        <w:br/>
        <w:t>Výsledok hospodárenia za rok 2025 po zdanení je zisk vo výške 2 199 €.</w:t>
        <w:br/>
        <w:br/>
        <w:t xml:space="preserve">O rozdelení výsledku hospodárenia za rok 2025 rozhodne </w:t>
      </w:r>
      <w:r>
        <w:rPr/>
        <w:t>jeden spoločnik</w:t>
      </w:r>
      <w:r>
        <w:rPr/>
        <w:t xml:space="preserve"> v roku 2026.</w:t>
        <w:b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Neat_Office/6.2.8.2$Windows_x86 LibreOffice_project/</Application>
  <Pages>2</Pages>
  <Words>271</Words>
  <Characters>1481</Characters>
  <CharactersWithSpaces>1772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sk-SK</dc:language>
  <cp:lastModifiedBy/>
  <dcterms:modified xsi:type="dcterms:W3CDTF">2026-04-02T20:48:42Z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