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480" w:after="0"/>
        <w:jc w:val="center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Poznámky k účtovnej závierke mikro účtovnej jednotky za rok 2025</w:t>
      </w:r>
    </w:p>
    <w:p>
      <w:pPr>
        <w:pStyle w:val="Normal"/>
        <w:spacing w:before="0" w:after="200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br/>
        <w:t>Čl. I. Všeobecné údaje</w:t>
        <w:br/>
        <w:br/>
        <w:t>Obchodné meno: UKRSK s.r.o.</w:t>
        <w:br/>
        <w:t>Sídlo: Karpatské námestie 7770, 831 06 Bratislava</w:t>
        <w:br/>
        <w:t>IČO: 54 523 524</w:t>
        <w:br/>
        <w:t>Právna forma: spoločnosť s ručením obmedzeným</w:t>
        <w:br/>
        <w:t>Predmet podnikania: Ostatné informačné služby i. n. (SK NACE 63.99.0)</w:t>
        <w:br/>
        <w:br/>
        <w:t>Účtovná závierka bola zostavená ako riadna účtovná závierka za obdobie od 01.01.2025 do 31.12.2025.</w:t>
        <w:br/>
        <w:br/>
        <w:t>Čl. II. Informácie o prijatých postupoch</w:t>
        <w:br/>
        <w:br/>
        <w:t>Účtovná jednotka vedie účtovníctvo v sústave podvojného účtovníctva.</w:t>
        <w:br/>
        <w:t>Účtovná závierka bola zostavená za predpokladu nepretržitého pokračovania činnosti.</w:t>
        <w:br/>
        <w:t>V priebehu účtovného obdobia nedošlo k zmenám účtovných zásad ani účtovných metód.</w:t>
        <w:br/>
        <w:t>Účtovná jednotka nevlastní dlhodobý nehmotný majetok, dlhodobý hmotný majetok ani dlhodobý finančný majetok.</w:t>
        <w:br/>
        <w:t>Účtovná jednotka netvorila rezervy ani opravné položky.</w:t>
        <w:br/>
        <w:br/>
        <w:t>Čl. III. Informácie, ktoré vysvetľujú a dopĺňajú položky súvahy</w:t>
        <w:br/>
        <w:br/>
        <w:t>Majetok:</w:t>
        <w:br/>
        <w:t>Celková hodnota majetku k 31.12.2025 predstavuje 10 446 €.</w:t>
        <w:br/>
        <w:t>Krátkodobé pohľadávky: 150 €.</w:t>
        <w:br/>
        <w:t>Finančné účty a bankové účty: 10 296 €.</w:t>
        <w:br/>
        <w:br/>
        <w:t>Vlastné imanie:</w:t>
        <w:br/>
        <w:t>Vlastné imanie: 9 924 €.</w:t>
        <w:br/>
        <w:t>Základné imanie: 5 000 €.</w:t>
        <w:br/>
        <w:t>Nerozdelený zisk minulých rokov: 843 €.</w:t>
        <w:br/>
        <w:t>Výsledok hospodárenia po zdanení: 4 081 €.</w:t>
        <w:br/>
        <w:br/>
        <w:t>Záväzky:</w:t>
        <w:br/>
        <w:t>Krátkodobé záväzky: 522 €.</w:t>
        <w:br/>
        <w:t>Daňové záväzky: 276 €.</w:t>
        <w:br/>
        <w:t>Ostatné krátkodobé záväzky: 344 €.</w:t>
        <w:br/>
        <w:br/>
        <w:t>Čl. IV. Informácie o výnosoch a nákladoch</w:t>
        <w:br/>
        <w:br/>
        <w:t>Tržby z predaja služieb: 8 420 €.</w:t>
        <w:br/>
        <w:t>Náklady na hospodársku činnosť: 3 612 €.</w:t>
        <w:br/>
        <w:t>Služby: 3 337 €.</w:t>
        <w:br/>
        <w:t>Spotreba materiálu a energií: 255 €.</w:t>
        <w:br/>
        <w:t>Dane a poplatky: 20 €.</w:t>
        <w:br/>
        <w:t>Ostatné náklady: 110 €.</w:t>
        <w:br/>
        <w:t>Náklady na finančnú činnosť: 112 €.</w:t>
        <w:br/>
        <w:br/>
        <w:t>Výsledok hospodárenia pred zdanením: 4 696 €.</w:t>
        <w:br/>
        <w:t>Daň z príjmov: 616 €.</w:t>
        <w:br/>
        <w:t>Výsledok hospodárenia po zdanení: 4 081 €.</w:t>
        <w:br/>
        <w:br/>
        <w:t>Čl. V. Daň z príjmov</w:t>
        <w:br/>
        <w:br/>
        <w:t>Základ dane: 4 635,57 €.</w:t>
        <w:br/>
        <w:t>Zápočet minimálnej dane z predchádzajúceho obdobia: 187,55 €.</w:t>
        <w:br/>
        <w:t>Daň na úhradu: 276,01 €.</w:t>
        <w:br/>
        <w:br/>
        <w:t>Čl. VI. Udalosti po dni, ku ktorému sa zostavuje účtovná závierka</w:t>
        <w:br/>
        <w:br/>
        <w:t>Po 31.12.2025 nenastali žiadne významné udalosti, ktoré by vyžadovali úpravu alebo zverejnenie v účtovnej závierke.</w:t>
        <w:b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Neat_Office/6.2.8.2$Windows_x86 LibreOffice_project/</Application>
  <Pages>2</Pages>
  <Words>298</Words>
  <Characters>1668</Characters>
  <CharactersWithSpaces>1981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sk-SK</dc:language>
  <cp:lastModifiedBy/>
  <dcterms:modified xsi:type="dcterms:W3CDTF">2026-06-17T20:21:16Z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