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C3B11" w14:textId="3A42BC0E" w:rsidR="004E4C0A" w:rsidRPr="00C55D06" w:rsidRDefault="00000000">
      <w:pPr>
        <w:pStyle w:val="Nadpis1"/>
        <w:rPr>
          <w:color w:val="auto"/>
          <w:sz w:val="36"/>
          <w:szCs w:val="36"/>
        </w:rPr>
      </w:pPr>
      <w:proofErr w:type="spellStart"/>
      <w:r w:rsidRPr="00C55D06">
        <w:rPr>
          <w:color w:val="auto"/>
          <w:sz w:val="36"/>
          <w:szCs w:val="36"/>
        </w:rPr>
        <w:t>Poznámky</w:t>
      </w:r>
      <w:proofErr w:type="spellEnd"/>
      <w:r w:rsidRPr="00C55D06">
        <w:rPr>
          <w:color w:val="auto"/>
          <w:sz w:val="36"/>
          <w:szCs w:val="36"/>
        </w:rPr>
        <w:t xml:space="preserve"> k </w:t>
      </w:r>
      <w:proofErr w:type="spellStart"/>
      <w:r w:rsidRPr="00C55D06">
        <w:rPr>
          <w:color w:val="auto"/>
          <w:sz w:val="36"/>
          <w:szCs w:val="36"/>
        </w:rPr>
        <w:t>účtovnej</w:t>
      </w:r>
      <w:proofErr w:type="spellEnd"/>
      <w:r w:rsidRPr="00C55D06">
        <w:rPr>
          <w:color w:val="auto"/>
          <w:sz w:val="36"/>
          <w:szCs w:val="36"/>
        </w:rPr>
        <w:t xml:space="preserve"> </w:t>
      </w:r>
      <w:proofErr w:type="spellStart"/>
      <w:r w:rsidRPr="00C55D06">
        <w:rPr>
          <w:color w:val="auto"/>
          <w:sz w:val="36"/>
          <w:szCs w:val="36"/>
        </w:rPr>
        <w:t>závierke</w:t>
      </w:r>
      <w:proofErr w:type="spellEnd"/>
      <w:r w:rsidRPr="00C55D06">
        <w:rPr>
          <w:color w:val="auto"/>
          <w:sz w:val="36"/>
          <w:szCs w:val="36"/>
        </w:rPr>
        <w:t xml:space="preserve"> za </w:t>
      </w:r>
      <w:proofErr w:type="spellStart"/>
      <w:r w:rsidRPr="00C55D06">
        <w:rPr>
          <w:color w:val="auto"/>
          <w:sz w:val="36"/>
          <w:szCs w:val="36"/>
        </w:rPr>
        <w:t>rok</w:t>
      </w:r>
      <w:proofErr w:type="spellEnd"/>
      <w:r w:rsidRPr="00C55D06">
        <w:rPr>
          <w:color w:val="auto"/>
          <w:sz w:val="36"/>
          <w:szCs w:val="36"/>
        </w:rPr>
        <w:t xml:space="preserve"> 202</w:t>
      </w:r>
      <w:r w:rsidR="004E1385">
        <w:rPr>
          <w:color w:val="auto"/>
          <w:sz w:val="36"/>
          <w:szCs w:val="36"/>
        </w:rPr>
        <w:t>5</w:t>
      </w:r>
    </w:p>
    <w:p w14:paraId="09D2A3DE" w14:textId="7F1C625B" w:rsidR="00C55D06" w:rsidRDefault="00000000">
      <w:pPr>
        <w:rPr>
          <w:rFonts w:ascii="Aptos" w:hAnsi="Aptos"/>
          <w:sz w:val="24"/>
          <w:szCs w:val="24"/>
        </w:rPr>
      </w:pPr>
      <w:r>
        <w:br/>
      </w:r>
      <w:proofErr w:type="spellStart"/>
      <w:r w:rsidRPr="00C55D06">
        <w:rPr>
          <w:rFonts w:ascii="Aptos" w:hAnsi="Aptos"/>
          <w:sz w:val="24"/>
          <w:szCs w:val="24"/>
        </w:rPr>
        <w:t>Účtovná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jednotka</w:t>
      </w:r>
      <w:proofErr w:type="spellEnd"/>
      <w:r w:rsidRPr="00C55D06">
        <w:rPr>
          <w:rFonts w:ascii="Aptos" w:hAnsi="Aptos"/>
          <w:sz w:val="24"/>
          <w:szCs w:val="24"/>
        </w:rPr>
        <w:t xml:space="preserve">: </w:t>
      </w:r>
      <w:r w:rsidR="002F5F2E">
        <w:rPr>
          <w:rFonts w:ascii="Aptos" w:hAnsi="Aptos"/>
          <w:sz w:val="24"/>
          <w:szCs w:val="24"/>
        </w:rPr>
        <w:t>OXYGEN Consult</w:t>
      </w:r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s.r.o.</w:t>
      </w:r>
      <w:proofErr w:type="spellEnd"/>
      <w:r w:rsidRPr="00C55D06">
        <w:rPr>
          <w:rFonts w:ascii="Aptos" w:hAnsi="Aptos"/>
          <w:sz w:val="24"/>
          <w:szCs w:val="24"/>
        </w:rPr>
        <w:br/>
      </w:r>
      <w:proofErr w:type="spellStart"/>
      <w:r w:rsidRPr="00C55D06">
        <w:rPr>
          <w:rFonts w:ascii="Aptos" w:hAnsi="Aptos"/>
          <w:sz w:val="24"/>
          <w:szCs w:val="24"/>
        </w:rPr>
        <w:t>Sídlo</w:t>
      </w:r>
      <w:proofErr w:type="spellEnd"/>
      <w:r w:rsidRPr="00C55D06">
        <w:rPr>
          <w:rFonts w:ascii="Aptos" w:hAnsi="Aptos"/>
          <w:sz w:val="24"/>
          <w:szCs w:val="24"/>
        </w:rPr>
        <w:t xml:space="preserve">: </w:t>
      </w:r>
      <w:proofErr w:type="spellStart"/>
      <w:r w:rsidR="00857AB5">
        <w:rPr>
          <w:rFonts w:ascii="Aptos" w:hAnsi="Aptos"/>
          <w:sz w:val="24"/>
          <w:szCs w:val="24"/>
        </w:rPr>
        <w:t>Lachova</w:t>
      </w:r>
      <w:proofErr w:type="spellEnd"/>
      <w:r w:rsidR="00857AB5">
        <w:rPr>
          <w:rFonts w:ascii="Aptos" w:hAnsi="Aptos"/>
          <w:sz w:val="24"/>
          <w:szCs w:val="24"/>
        </w:rPr>
        <w:t xml:space="preserve"> 26, 851 03 Bratislava</w:t>
      </w:r>
      <w:r w:rsidRPr="00C55D06">
        <w:rPr>
          <w:rFonts w:ascii="Aptos" w:hAnsi="Aptos"/>
          <w:sz w:val="24"/>
          <w:szCs w:val="24"/>
        </w:rPr>
        <w:br/>
        <w:t xml:space="preserve">IČO: </w:t>
      </w:r>
      <w:r w:rsidR="002F5F2E">
        <w:rPr>
          <w:rFonts w:ascii="Aptos" w:hAnsi="Aptos"/>
          <w:sz w:val="24"/>
          <w:szCs w:val="24"/>
        </w:rPr>
        <w:t>50349597</w:t>
      </w:r>
      <w:r w:rsidRPr="00C55D06">
        <w:rPr>
          <w:rFonts w:ascii="Aptos" w:hAnsi="Aptos"/>
          <w:sz w:val="24"/>
          <w:szCs w:val="24"/>
        </w:rPr>
        <w:br/>
        <w:t xml:space="preserve">DIČ: </w:t>
      </w:r>
      <w:r w:rsidR="008F3983">
        <w:rPr>
          <w:rFonts w:ascii="Aptos" w:hAnsi="Aptos"/>
          <w:sz w:val="24"/>
          <w:szCs w:val="24"/>
        </w:rPr>
        <w:t>2120306628</w:t>
      </w:r>
    </w:p>
    <w:p w14:paraId="4517AB2A" w14:textId="2CA5F370" w:rsidR="00C55D06" w:rsidRDefault="00000000">
      <w:pPr>
        <w:rPr>
          <w:rFonts w:ascii="Aptos" w:hAnsi="Aptos"/>
          <w:sz w:val="24"/>
          <w:szCs w:val="24"/>
        </w:rPr>
      </w:pPr>
      <w:r w:rsidRPr="00C55D06">
        <w:rPr>
          <w:rFonts w:ascii="Aptos" w:hAnsi="Aptos"/>
          <w:sz w:val="24"/>
          <w:szCs w:val="24"/>
        </w:rPr>
        <w:br/>
      </w:r>
      <w:proofErr w:type="spellStart"/>
      <w:r w:rsidRPr="00C55D06">
        <w:rPr>
          <w:rFonts w:ascii="Aptos" w:hAnsi="Aptos"/>
          <w:sz w:val="24"/>
          <w:szCs w:val="24"/>
        </w:rPr>
        <w:t>Obdobie</w:t>
      </w:r>
      <w:proofErr w:type="spellEnd"/>
      <w:r w:rsidRPr="00C55D06">
        <w:rPr>
          <w:rFonts w:ascii="Aptos" w:hAnsi="Aptos"/>
          <w:sz w:val="24"/>
          <w:szCs w:val="24"/>
        </w:rPr>
        <w:t>: 01.01.202</w:t>
      </w:r>
      <w:r w:rsidR="00E13E12">
        <w:rPr>
          <w:rFonts w:ascii="Aptos" w:hAnsi="Aptos"/>
          <w:sz w:val="24"/>
          <w:szCs w:val="24"/>
        </w:rPr>
        <w:t>5</w:t>
      </w:r>
      <w:r w:rsidRPr="00C55D06">
        <w:rPr>
          <w:rFonts w:ascii="Aptos" w:hAnsi="Aptos"/>
          <w:sz w:val="24"/>
          <w:szCs w:val="24"/>
        </w:rPr>
        <w:t xml:space="preserve"> – 31.12.202</w:t>
      </w:r>
      <w:r w:rsidR="00E13E12">
        <w:rPr>
          <w:rFonts w:ascii="Aptos" w:hAnsi="Aptos"/>
          <w:sz w:val="24"/>
          <w:szCs w:val="24"/>
        </w:rPr>
        <w:t>5</w:t>
      </w:r>
      <w:r w:rsidRPr="00C55D06">
        <w:rPr>
          <w:rFonts w:ascii="Aptos" w:hAnsi="Aptos"/>
          <w:sz w:val="24"/>
          <w:szCs w:val="24"/>
        </w:rPr>
        <w:br/>
      </w:r>
      <w:r w:rsidRPr="00C55D06">
        <w:rPr>
          <w:rFonts w:ascii="Aptos" w:hAnsi="Aptos"/>
          <w:sz w:val="24"/>
          <w:szCs w:val="24"/>
        </w:rPr>
        <w:br/>
        <w:t xml:space="preserve">1. </w:t>
      </w:r>
      <w:proofErr w:type="spellStart"/>
      <w:r w:rsidRPr="00C55D06">
        <w:rPr>
          <w:rFonts w:ascii="Aptos" w:hAnsi="Aptos"/>
          <w:sz w:val="24"/>
          <w:szCs w:val="24"/>
        </w:rPr>
        <w:t>Všeobecné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údaje</w:t>
      </w:r>
      <w:proofErr w:type="spellEnd"/>
      <w:r w:rsidRPr="00C55D06">
        <w:rPr>
          <w:rFonts w:ascii="Aptos" w:hAnsi="Aptos"/>
          <w:sz w:val="24"/>
          <w:szCs w:val="24"/>
        </w:rPr>
        <w:br/>
      </w:r>
      <w:proofErr w:type="spellStart"/>
      <w:r w:rsidRPr="00C55D06">
        <w:rPr>
          <w:rFonts w:ascii="Aptos" w:hAnsi="Aptos"/>
          <w:sz w:val="24"/>
          <w:szCs w:val="24"/>
        </w:rPr>
        <w:t>Účtovná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jednotka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r w:rsidR="008F3983">
        <w:rPr>
          <w:rFonts w:ascii="Aptos" w:hAnsi="Aptos"/>
          <w:sz w:val="24"/>
          <w:szCs w:val="24"/>
        </w:rPr>
        <w:t>OXYGEN Consult</w:t>
      </w:r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s.r.o.</w:t>
      </w:r>
      <w:proofErr w:type="spellEnd"/>
      <w:r w:rsidRPr="00C55D06">
        <w:rPr>
          <w:rFonts w:ascii="Aptos" w:hAnsi="Aptos"/>
          <w:sz w:val="24"/>
          <w:szCs w:val="24"/>
        </w:rPr>
        <w:t xml:space="preserve"> je </w:t>
      </w:r>
      <w:proofErr w:type="spellStart"/>
      <w:r w:rsidRPr="00C55D06">
        <w:rPr>
          <w:rFonts w:ascii="Aptos" w:hAnsi="Aptos"/>
          <w:sz w:val="24"/>
          <w:szCs w:val="24"/>
        </w:rPr>
        <w:t>zapísaná</w:t>
      </w:r>
      <w:proofErr w:type="spellEnd"/>
      <w:r w:rsidRPr="00C55D06">
        <w:rPr>
          <w:rFonts w:ascii="Aptos" w:hAnsi="Aptos"/>
          <w:sz w:val="24"/>
          <w:szCs w:val="24"/>
        </w:rPr>
        <w:t xml:space="preserve"> v </w:t>
      </w:r>
      <w:proofErr w:type="spellStart"/>
      <w:r w:rsidRPr="00C55D06">
        <w:rPr>
          <w:rFonts w:ascii="Aptos" w:hAnsi="Aptos"/>
          <w:sz w:val="24"/>
          <w:szCs w:val="24"/>
        </w:rPr>
        <w:t>Obchodnom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registri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="004E1385">
        <w:rPr>
          <w:rFonts w:ascii="Aptos" w:hAnsi="Aptos"/>
          <w:sz w:val="24"/>
          <w:szCs w:val="24"/>
        </w:rPr>
        <w:t>Mestského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súdu</w:t>
      </w:r>
      <w:proofErr w:type="spellEnd"/>
      <w:r w:rsidRPr="00C55D06">
        <w:rPr>
          <w:rFonts w:ascii="Aptos" w:hAnsi="Aptos"/>
          <w:sz w:val="24"/>
          <w:szCs w:val="24"/>
        </w:rPr>
        <w:t xml:space="preserve"> B</w:t>
      </w:r>
      <w:r w:rsidR="004E1385">
        <w:rPr>
          <w:rFonts w:ascii="Aptos" w:hAnsi="Aptos"/>
          <w:sz w:val="24"/>
          <w:szCs w:val="24"/>
        </w:rPr>
        <w:t>ratislava</w:t>
      </w:r>
      <w:r w:rsidRPr="00C55D06">
        <w:rPr>
          <w:rFonts w:ascii="Aptos" w:hAnsi="Aptos"/>
          <w:sz w:val="24"/>
          <w:szCs w:val="24"/>
        </w:rPr>
        <w:t xml:space="preserve">, </w:t>
      </w:r>
      <w:proofErr w:type="spellStart"/>
      <w:r w:rsidRPr="00C55D06">
        <w:rPr>
          <w:rFonts w:ascii="Aptos" w:hAnsi="Aptos"/>
          <w:sz w:val="24"/>
          <w:szCs w:val="24"/>
        </w:rPr>
        <w:t>oddiel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Sro</w:t>
      </w:r>
      <w:proofErr w:type="spellEnd"/>
      <w:r w:rsidRPr="00C55D06">
        <w:rPr>
          <w:rFonts w:ascii="Aptos" w:hAnsi="Aptos"/>
          <w:sz w:val="24"/>
          <w:szCs w:val="24"/>
        </w:rPr>
        <w:t xml:space="preserve">, </w:t>
      </w:r>
      <w:proofErr w:type="spellStart"/>
      <w:r w:rsidRPr="00C55D06">
        <w:rPr>
          <w:rFonts w:ascii="Aptos" w:hAnsi="Aptos"/>
          <w:sz w:val="24"/>
          <w:szCs w:val="24"/>
        </w:rPr>
        <w:t>vložka</w:t>
      </w:r>
      <w:proofErr w:type="spellEnd"/>
      <w:r w:rsidRPr="00C55D06">
        <w:rPr>
          <w:rFonts w:ascii="Aptos" w:hAnsi="Aptos"/>
          <w:sz w:val="24"/>
          <w:szCs w:val="24"/>
        </w:rPr>
        <w:t xml:space="preserve"> č. </w:t>
      </w:r>
      <w:r w:rsidR="004E1385">
        <w:rPr>
          <w:rFonts w:ascii="Aptos" w:hAnsi="Aptos"/>
          <w:sz w:val="24"/>
          <w:szCs w:val="24"/>
        </w:rPr>
        <w:t>1912</w:t>
      </w:r>
      <w:r w:rsidR="008F3983">
        <w:rPr>
          <w:rFonts w:ascii="Aptos" w:hAnsi="Aptos"/>
          <w:sz w:val="24"/>
          <w:szCs w:val="24"/>
        </w:rPr>
        <w:t>3</w:t>
      </w:r>
      <w:r w:rsidR="004E1385">
        <w:rPr>
          <w:rFonts w:ascii="Aptos" w:hAnsi="Aptos"/>
          <w:sz w:val="24"/>
          <w:szCs w:val="24"/>
        </w:rPr>
        <w:t>8</w:t>
      </w:r>
      <w:r w:rsidRPr="00C55D06">
        <w:rPr>
          <w:rFonts w:ascii="Aptos" w:hAnsi="Aptos"/>
          <w:sz w:val="24"/>
          <w:szCs w:val="24"/>
        </w:rPr>
        <w:t>/</w:t>
      </w:r>
      <w:r w:rsidR="004E1385">
        <w:rPr>
          <w:rFonts w:ascii="Aptos" w:hAnsi="Aptos"/>
          <w:sz w:val="24"/>
          <w:szCs w:val="24"/>
        </w:rPr>
        <w:t>B</w:t>
      </w:r>
      <w:r w:rsidRPr="00C55D06">
        <w:rPr>
          <w:rFonts w:ascii="Aptos" w:hAnsi="Aptos"/>
          <w:sz w:val="24"/>
          <w:szCs w:val="24"/>
        </w:rPr>
        <w:t xml:space="preserve">. </w:t>
      </w:r>
      <w:proofErr w:type="spellStart"/>
      <w:r w:rsidRPr="00C55D06">
        <w:rPr>
          <w:rFonts w:ascii="Aptos" w:hAnsi="Aptos"/>
          <w:sz w:val="24"/>
          <w:szCs w:val="24"/>
        </w:rPr>
        <w:t>Účtovná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závierka</w:t>
      </w:r>
      <w:proofErr w:type="spellEnd"/>
      <w:r w:rsidRPr="00C55D06">
        <w:rPr>
          <w:rFonts w:ascii="Aptos" w:hAnsi="Aptos"/>
          <w:sz w:val="24"/>
          <w:szCs w:val="24"/>
        </w:rPr>
        <w:t xml:space="preserve"> bola </w:t>
      </w:r>
      <w:proofErr w:type="spellStart"/>
      <w:r w:rsidRPr="00C55D06">
        <w:rPr>
          <w:rFonts w:ascii="Aptos" w:hAnsi="Aptos"/>
          <w:sz w:val="24"/>
          <w:szCs w:val="24"/>
        </w:rPr>
        <w:t>zostavená</w:t>
      </w:r>
      <w:proofErr w:type="spellEnd"/>
      <w:r w:rsidRPr="00C55D06">
        <w:rPr>
          <w:rFonts w:ascii="Aptos" w:hAnsi="Aptos"/>
          <w:sz w:val="24"/>
          <w:szCs w:val="24"/>
        </w:rPr>
        <w:t xml:space="preserve"> za </w:t>
      </w:r>
      <w:proofErr w:type="spellStart"/>
      <w:r w:rsidRPr="00C55D06">
        <w:rPr>
          <w:rFonts w:ascii="Aptos" w:hAnsi="Aptos"/>
          <w:sz w:val="24"/>
          <w:szCs w:val="24"/>
        </w:rPr>
        <w:t>účtovné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obdobie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kalendárneho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roka</w:t>
      </w:r>
      <w:proofErr w:type="spellEnd"/>
      <w:r w:rsidRPr="00C55D06">
        <w:rPr>
          <w:rFonts w:ascii="Aptos" w:hAnsi="Aptos"/>
          <w:sz w:val="24"/>
          <w:szCs w:val="24"/>
        </w:rPr>
        <w:t xml:space="preserve"> 202</w:t>
      </w:r>
      <w:r w:rsidR="008F3983">
        <w:rPr>
          <w:rFonts w:ascii="Aptos" w:hAnsi="Aptos"/>
          <w:sz w:val="24"/>
          <w:szCs w:val="24"/>
        </w:rPr>
        <w:t>5</w:t>
      </w:r>
      <w:r w:rsidRPr="00C55D06">
        <w:rPr>
          <w:rFonts w:ascii="Aptos" w:hAnsi="Aptos"/>
          <w:sz w:val="24"/>
          <w:szCs w:val="24"/>
        </w:rPr>
        <w:t xml:space="preserve"> a bola </w:t>
      </w:r>
      <w:proofErr w:type="spellStart"/>
      <w:r w:rsidRPr="00C55D06">
        <w:rPr>
          <w:rFonts w:ascii="Aptos" w:hAnsi="Aptos"/>
          <w:sz w:val="24"/>
          <w:szCs w:val="24"/>
        </w:rPr>
        <w:t>zostavená</w:t>
      </w:r>
      <w:proofErr w:type="spellEnd"/>
      <w:r w:rsidRPr="00C55D06">
        <w:rPr>
          <w:rFonts w:ascii="Aptos" w:hAnsi="Aptos"/>
          <w:sz w:val="24"/>
          <w:szCs w:val="24"/>
        </w:rPr>
        <w:t xml:space="preserve"> v </w:t>
      </w:r>
      <w:proofErr w:type="spellStart"/>
      <w:r w:rsidRPr="00C55D06">
        <w:rPr>
          <w:rFonts w:ascii="Aptos" w:hAnsi="Aptos"/>
          <w:sz w:val="24"/>
          <w:szCs w:val="24"/>
        </w:rPr>
        <w:t>súlade</w:t>
      </w:r>
      <w:proofErr w:type="spellEnd"/>
      <w:r w:rsidRPr="00C55D06">
        <w:rPr>
          <w:rFonts w:ascii="Aptos" w:hAnsi="Aptos"/>
          <w:sz w:val="24"/>
          <w:szCs w:val="24"/>
        </w:rPr>
        <w:t xml:space="preserve"> s </w:t>
      </w:r>
      <w:proofErr w:type="spellStart"/>
      <w:r w:rsidRPr="00C55D06">
        <w:rPr>
          <w:rFonts w:ascii="Aptos" w:hAnsi="Aptos"/>
          <w:sz w:val="24"/>
          <w:szCs w:val="24"/>
        </w:rPr>
        <w:t>ustanoveniami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zákona</w:t>
      </w:r>
      <w:proofErr w:type="spellEnd"/>
      <w:r w:rsidRPr="00C55D06">
        <w:rPr>
          <w:rFonts w:ascii="Aptos" w:hAnsi="Aptos"/>
          <w:sz w:val="24"/>
          <w:szCs w:val="24"/>
        </w:rPr>
        <w:t xml:space="preserve"> o </w:t>
      </w:r>
      <w:proofErr w:type="spellStart"/>
      <w:r w:rsidRPr="00C55D06">
        <w:rPr>
          <w:rFonts w:ascii="Aptos" w:hAnsi="Aptos"/>
          <w:sz w:val="24"/>
          <w:szCs w:val="24"/>
        </w:rPr>
        <w:t>účtovníctve</w:t>
      </w:r>
      <w:proofErr w:type="spellEnd"/>
      <w:r w:rsidRPr="00C55D06">
        <w:rPr>
          <w:rFonts w:ascii="Aptos" w:hAnsi="Aptos"/>
          <w:sz w:val="24"/>
          <w:szCs w:val="24"/>
        </w:rPr>
        <w:t>.</w:t>
      </w:r>
      <w:r w:rsidRPr="00C55D06">
        <w:rPr>
          <w:rFonts w:ascii="Aptos" w:hAnsi="Aptos"/>
          <w:sz w:val="24"/>
          <w:szCs w:val="24"/>
        </w:rPr>
        <w:br/>
      </w:r>
      <w:r w:rsidRPr="00C55D06">
        <w:rPr>
          <w:rFonts w:ascii="Aptos" w:hAnsi="Aptos"/>
          <w:sz w:val="24"/>
          <w:szCs w:val="24"/>
        </w:rPr>
        <w:br/>
        <w:t xml:space="preserve">2. </w:t>
      </w:r>
      <w:proofErr w:type="spellStart"/>
      <w:r w:rsidRPr="00C55D06">
        <w:rPr>
          <w:rFonts w:ascii="Aptos" w:hAnsi="Aptos"/>
          <w:sz w:val="24"/>
          <w:szCs w:val="24"/>
        </w:rPr>
        <w:t>Účtovné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zásady</w:t>
      </w:r>
      <w:proofErr w:type="spellEnd"/>
      <w:r w:rsidRPr="00C55D06">
        <w:rPr>
          <w:rFonts w:ascii="Aptos" w:hAnsi="Aptos"/>
          <w:sz w:val="24"/>
          <w:szCs w:val="24"/>
        </w:rPr>
        <w:t xml:space="preserve"> a </w:t>
      </w:r>
      <w:proofErr w:type="spellStart"/>
      <w:r w:rsidRPr="00C55D06">
        <w:rPr>
          <w:rFonts w:ascii="Aptos" w:hAnsi="Aptos"/>
          <w:sz w:val="24"/>
          <w:szCs w:val="24"/>
        </w:rPr>
        <w:t>metódy</w:t>
      </w:r>
      <w:proofErr w:type="spellEnd"/>
      <w:r w:rsidRPr="00C55D06">
        <w:rPr>
          <w:rFonts w:ascii="Aptos" w:hAnsi="Aptos"/>
          <w:sz w:val="24"/>
          <w:szCs w:val="24"/>
        </w:rPr>
        <w:br/>
        <w:t xml:space="preserve">Pri </w:t>
      </w:r>
      <w:proofErr w:type="spellStart"/>
      <w:r w:rsidRPr="00C55D06">
        <w:rPr>
          <w:rFonts w:ascii="Aptos" w:hAnsi="Aptos"/>
          <w:sz w:val="24"/>
          <w:szCs w:val="24"/>
        </w:rPr>
        <w:t>zostavení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účtovnej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závierky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boli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dodržané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zásady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účtovania</w:t>
      </w:r>
      <w:proofErr w:type="spellEnd"/>
      <w:r w:rsidRPr="00C55D06">
        <w:rPr>
          <w:rFonts w:ascii="Aptos" w:hAnsi="Aptos"/>
          <w:sz w:val="24"/>
          <w:szCs w:val="24"/>
        </w:rPr>
        <w:t xml:space="preserve"> v </w:t>
      </w:r>
      <w:proofErr w:type="spellStart"/>
      <w:r w:rsidRPr="00C55D06">
        <w:rPr>
          <w:rFonts w:ascii="Aptos" w:hAnsi="Aptos"/>
          <w:sz w:val="24"/>
          <w:szCs w:val="24"/>
        </w:rPr>
        <w:t>sústave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podvojného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účtovníctva</w:t>
      </w:r>
      <w:proofErr w:type="spellEnd"/>
      <w:r w:rsidRPr="00C55D06">
        <w:rPr>
          <w:rFonts w:ascii="Aptos" w:hAnsi="Aptos"/>
          <w:sz w:val="24"/>
          <w:szCs w:val="24"/>
        </w:rPr>
        <w:t xml:space="preserve"> pre </w:t>
      </w:r>
      <w:proofErr w:type="spellStart"/>
      <w:r w:rsidRPr="00C55D06">
        <w:rPr>
          <w:rFonts w:ascii="Aptos" w:hAnsi="Aptos"/>
          <w:sz w:val="24"/>
          <w:szCs w:val="24"/>
        </w:rPr>
        <w:t>mikro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účtovné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jednotky</w:t>
      </w:r>
      <w:proofErr w:type="spellEnd"/>
      <w:r w:rsidRPr="00C55D06">
        <w:rPr>
          <w:rFonts w:ascii="Aptos" w:hAnsi="Aptos"/>
          <w:sz w:val="24"/>
          <w:szCs w:val="24"/>
        </w:rPr>
        <w:t xml:space="preserve">. </w:t>
      </w:r>
      <w:proofErr w:type="spellStart"/>
      <w:r w:rsidRPr="00C55D06">
        <w:rPr>
          <w:rFonts w:ascii="Aptos" w:hAnsi="Aptos"/>
          <w:sz w:val="24"/>
          <w:szCs w:val="24"/>
        </w:rPr>
        <w:t>Účtovná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jednotka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neodchýlila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sa</w:t>
      </w:r>
      <w:proofErr w:type="spellEnd"/>
      <w:r w:rsidRPr="00C55D06">
        <w:rPr>
          <w:rFonts w:ascii="Aptos" w:hAnsi="Aptos"/>
          <w:sz w:val="24"/>
          <w:szCs w:val="24"/>
        </w:rPr>
        <w:t xml:space="preserve"> od </w:t>
      </w:r>
      <w:proofErr w:type="spellStart"/>
      <w:r w:rsidRPr="00C55D06">
        <w:rPr>
          <w:rFonts w:ascii="Aptos" w:hAnsi="Aptos"/>
          <w:sz w:val="24"/>
          <w:szCs w:val="24"/>
        </w:rPr>
        <w:t>štandardných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postupov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účtovania</w:t>
      </w:r>
      <w:proofErr w:type="spellEnd"/>
      <w:r w:rsidRPr="00C55D06">
        <w:rPr>
          <w:rFonts w:ascii="Aptos" w:hAnsi="Aptos"/>
          <w:sz w:val="24"/>
          <w:szCs w:val="24"/>
        </w:rPr>
        <w:t>.</w:t>
      </w:r>
      <w:r w:rsidRPr="00C55D06">
        <w:rPr>
          <w:rFonts w:ascii="Aptos" w:hAnsi="Aptos"/>
          <w:sz w:val="24"/>
          <w:szCs w:val="24"/>
        </w:rPr>
        <w:br/>
      </w:r>
      <w:r w:rsidRPr="00C55D06">
        <w:rPr>
          <w:rFonts w:ascii="Aptos" w:hAnsi="Aptos"/>
          <w:sz w:val="24"/>
          <w:szCs w:val="24"/>
        </w:rPr>
        <w:br/>
        <w:t xml:space="preserve">3. </w:t>
      </w:r>
      <w:proofErr w:type="spellStart"/>
      <w:r w:rsidRPr="00C55D06">
        <w:rPr>
          <w:rFonts w:ascii="Aptos" w:hAnsi="Aptos"/>
          <w:sz w:val="24"/>
          <w:szCs w:val="24"/>
        </w:rPr>
        <w:t>Doplňujúce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informácie</w:t>
      </w:r>
      <w:proofErr w:type="spellEnd"/>
      <w:r w:rsidRPr="00C55D06">
        <w:rPr>
          <w:rFonts w:ascii="Aptos" w:hAnsi="Aptos"/>
          <w:sz w:val="24"/>
          <w:szCs w:val="24"/>
        </w:rPr>
        <w:t xml:space="preserve"> k </w:t>
      </w:r>
      <w:proofErr w:type="spellStart"/>
      <w:r w:rsidRPr="00C55D06">
        <w:rPr>
          <w:rFonts w:ascii="Aptos" w:hAnsi="Aptos"/>
          <w:sz w:val="24"/>
          <w:szCs w:val="24"/>
        </w:rPr>
        <w:t>súvahe</w:t>
      </w:r>
      <w:proofErr w:type="spellEnd"/>
      <w:r w:rsidRPr="00C55D06">
        <w:rPr>
          <w:rFonts w:ascii="Aptos" w:hAnsi="Aptos"/>
          <w:sz w:val="24"/>
          <w:szCs w:val="24"/>
        </w:rPr>
        <w:br/>
        <w:t>- K 31.12.202</w:t>
      </w:r>
      <w:r w:rsidR="004E1385">
        <w:rPr>
          <w:rFonts w:ascii="Aptos" w:hAnsi="Aptos"/>
          <w:sz w:val="24"/>
          <w:szCs w:val="24"/>
        </w:rPr>
        <w:t>5</w:t>
      </w:r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evidovala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účtovná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jednotka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celkový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majetok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vo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výške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r w:rsidR="00566C45">
        <w:rPr>
          <w:rFonts w:ascii="Aptos" w:hAnsi="Aptos"/>
          <w:sz w:val="24"/>
          <w:szCs w:val="24"/>
        </w:rPr>
        <w:t>271 080</w:t>
      </w:r>
      <w:r w:rsidRPr="00C55D06">
        <w:rPr>
          <w:rFonts w:ascii="Aptos" w:hAnsi="Aptos"/>
          <w:sz w:val="24"/>
          <w:szCs w:val="24"/>
        </w:rPr>
        <w:t xml:space="preserve">EUR a </w:t>
      </w:r>
      <w:proofErr w:type="spellStart"/>
      <w:r w:rsidRPr="00C55D06">
        <w:rPr>
          <w:rFonts w:ascii="Aptos" w:hAnsi="Aptos"/>
          <w:sz w:val="24"/>
          <w:szCs w:val="24"/>
        </w:rPr>
        <w:t>celkové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záväzky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vo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výške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r w:rsidR="00750F51" w:rsidRPr="00750F51">
        <w:rPr>
          <w:rFonts w:ascii="Aptos" w:hAnsi="Aptos"/>
          <w:sz w:val="24"/>
          <w:szCs w:val="24"/>
        </w:rPr>
        <w:t>108</w:t>
      </w:r>
      <w:r w:rsidR="00750F51">
        <w:rPr>
          <w:rFonts w:ascii="Aptos" w:hAnsi="Aptos"/>
          <w:sz w:val="24"/>
          <w:szCs w:val="24"/>
        </w:rPr>
        <w:t xml:space="preserve"> </w:t>
      </w:r>
      <w:r w:rsidR="00750F51" w:rsidRPr="00750F51">
        <w:rPr>
          <w:rFonts w:ascii="Aptos" w:hAnsi="Aptos"/>
          <w:sz w:val="24"/>
          <w:szCs w:val="24"/>
        </w:rPr>
        <w:t>735</w:t>
      </w:r>
      <w:r w:rsidRPr="00C55D06">
        <w:rPr>
          <w:rFonts w:ascii="Aptos" w:hAnsi="Aptos"/>
          <w:sz w:val="24"/>
          <w:szCs w:val="24"/>
        </w:rPr>
        <w:t>EUR.</w:t>
      </w:r>
      <w:r w:rsidRPr="00C55D06">
        <w:rPr>
          <w:rFonts w:ascii="Aptos" w:hAnsi="Aptos"/>
          <w:sz w:val="24"/>
          <w:szCs w:val="24"/>
        </w:rPr>
        <w:br/>
        <w:t xml:space="preserve">- </w:t>
      </w:r>
      <w:proofErr w:type="spellStart"/>
      <w:r w:rsidRPr="00C55D06">
        <w:rPr>
          <w:rFonts w:ascii="Aptos" w:hAnsi="Aptos"/>
          <w:sz w:val="24"/>
          <w:szCs w:val="24"/>
        </w:rPr>
        <w:t>Vlastné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imanie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predstavuje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r w:rsidR="00566C45">
        <w:rPr>
          <w:rFonts w:ascii="Aptos" w:hAnsi="Aptos"/>
          <w:sz w:val="24"/>
          <w:szCs w:val="24"/>
        </w:rPr>
        <w:t>162 345</w:t>
      </w:r>
      <w:r w:rsidRPr="00C55D06">
        <w:rPr>
          <w:rFonts w:ascii="Aptos" w:hAnsi="Aptos"/>
          <w:sz w:val="24"/>
          <w:szCs w:val="24"/>
        </w:rPr>
        <w:t>EUR.</w:t>
      </w:r>
      <w:r w:rsidRPr="00C55D06">
        <w:rPr>
          <w:rFonts w:ascii="Aptos" w:hAnsi="Aptos"/>
          <w:sz w:val="24"/>
          <w:szCs w:val="24"/>
        </w:rPr>
        <w:br/>
      </w:r>
      <w:r w:rsidRPr="00C55D06">
        <w:rPr>
          <w:rFonts w:ascii="Aptos" w:hAnsi="Aptos"/>
          <w:sz w:val="24"/>
          <w:szCs w:val="24"/>
        </w:rPr>
        <w:br/>
        <w:t xml:space="preserve">4. </w:t>
      </w:r>
      <w:proofErr w:type="spellStart"/>
      <w:r w:rsidRPr="00C55D06">
        <w:rPr>
          <w:rFonts w:ascii="Aptos" w:hAnsi="Aptos"/>
          <w:sz w:val="24"/>
          <w:szCs w:val="24"/>
        </w:rPr>
        <w:t>Doplňujúce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informácie</w:t>
      </w:r>
      <w:proofErr w:type="spellEnd"/>
      <w:r w:rsidRPr="00C55D06">
        <w:rPr>
          <w:rFonts w:ascii="Aptos" w:hAnsi="Aptos"/>
          <w:sz w:val="24"/>
          <w:szCs w:val="24"/>
        </w:rPr>
        <w:t xml:space="preserve"> k </w:t>
      </w:r>
      <w:proofErr w:type="spellStart"/>
      <w:r w:rsidRPr="00C55D06">
        <w:rPr>
          <w:rFonts w:ascii="Aptos" w:hAnsi="Aptos"/>
          <w:sz w:val="24"/>
          <w:szCs w:val="24"/>
        </w:rPr>
        <w:t>výkazu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ziskov</w:t>
      </w:r>
      <w:proofErr w:type="spellEnd"/>
      <w:r w:rsidRPr="00C55D06">
        <w:rPr>
          <w:rFonts w:ascii="Aptos" w:hAnsi="Aptos"/>
          <w:sz w:val="24"/>
          <w:szCs w:val="24"/>
        </w:rPr>
        <w:t xml:space="preserve"> a </w:t>
      </w:r>
      <w:proofErr w:type="spellStart"/>
      <w:r w:rsidRPr="00C55D06">
        <w:rPr>
          <w:rFonts w:ascii="Aptos" w:hAnsi="Aptos"/>
          <w:sz w:val="24"/>
          <w:szCs w:val="24"/>
        </w:rPr>
        <w:t>strát</w:t>
      </w:r>
      <w:proofErr w:type="spellEnd"/>
      <w:r w:rsidRPr="00C55D06">
        <w:rPr>
          <w:rFonts w:ascii="Aptos" w:hAnsi="Aptos"/>
          <w:sz w:val="24"/>
          <w:szCs w:val="24"/>
        </w:rPr>
        <w:br/>
        <w:t xml:space="preserve">- </w:t>
      </w:r>
      <w:proofErr w:type="spellStart"/>
      <w:r w:rsidRPr="00C55D06">
        <w:rPr>
          <w:rFonts w:ascii="Aptos" w:hAnsi="Aptos"/>
          <w:sz w:val="24"/>
          <w:szCs w:val="24"/>
        </w:rPr>
        <w:t>Tržby</w:t>
      </w:r>
      <w:proofErr w:type="spellEnd"/>
      <w:r w:rsidRPr="00C55D06">
        <w:rPr>
          <w:rFonts w:ascii="Aptos" w:hAnsi="Aptos"/>
          <w:sz w:val="24"/>
          <w:szCs w:val="24"/>
        </w:rPr>
        <w:t xml:space="preserve"> z </w:t>
      </w:r>
      <w:proofErr w:type="spellStart"/>
      <w:r w:rsidRPr="00C55D06">
        <w:rPr>
          <w:rFonts w:ascii="Aptos" w:hAnsi="Aptos"/>
          <w:sz w:val="24"/>
          <w:szCs w:val="24"/>
        </w:rPr>
        <w:t>hospodárskej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činnosti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dosiahli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r w:rsidR="00750F51" w:rsidRPr="00750F51">
        <w:rPr>
          <w:rFonts w:ascii="Aptos" w:hAnsi="Aptos"/>
          <w:sz w:val="24"/>
          <w:szCs w:val="24"/>
        </w:rPr>
        <w:t>967</w:t>
      </w:r>
      <w:r w:rsidR="00750F51">
        <w:rPr>
          <w:rFonts w:ascii="Aptos" w:hAnsi="Aptos"/>
          <w:sz w:val="24"/>
          <w:szCs w:val="24"/>
        </w:rPr>
        <w:t xml:space="preserve"> </w:t>
      </w:r>
      <w:r w:rsidR="00750F51" w:rsidRPr="00750F51">
        <w:rPr>
          <w:rFonts w:ascii="Aptos" w:hAnsi="Aptos"/>
          <w:sz w:val="24"/>
          <w:szCs w:val="24"/>
        </w:rPr>
        <w:t>213</w:t>
      </w:r>
      <w:r w:rsidRPr="00C55D06">
        <w:rPr>
          <w:rFonts w:ascii="Aptos" w:hAnsi="Aptos"/>
          <w:sz w:val="24"/>
          <w:szCs w:val="24"/>
        </w:rPr>
        <w:t>EUR.</w:t>
      </w:r>
      <w:r w:rsidRPr="00C55D06">
        <w:rPr>
          <w:rFonts w:ascii="Aptos" w:hAnsi="Aptos"/>
          <w:sz w:val="24"/>
          <w:szCs w:val="24"/>
        </w:rPr>
        <w:br/>
        <w:t xml:space="preserve">- </w:t>
      </w:r>
      <w:proofErr w:type="spellStart"/>
      <w:r w:rsidRPr="00C55D06">
        <w:rPr>
          <w:rFonts w:ascii="Aptos" w:hAnsi="Aptos"/>
          <w:sz w:val="24"/>
          <w:szCs w:val="24"/>
        </w:rPr>
        <w:t>Náklady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na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hospodársku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činnosť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predstavovali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r w:rsidR="00566C45" w:rsidRPr="00566C45">
        <w:rPr>
          <w:rFonts w:ascii="Aptos" w:hAnsi="Aptos"/>
          <w:sz w:val="24"/>
          <w:szCs w:val="24"/>
        </w:rPr>
        <w:t>941</w:t>
      </w:r>
      <w:r w:rsidR="00566C45">
        <w:rPr>
          <w:rFonts w:ascii="Aptos" w:hAnsi="Aptos"/>
          <w:sz w:val="24"/>
          <w:szCs w:val="24"/>
        </w:rPr>
        <w:t xml:space="preserve"> </w:t>
      </w:r>
      <w:r w:rsidR="00566C45" w:rsidRPr="00566C45">
        <w:rPr>
          <w:rFonts w:ascii="Aptos" w:hAnsi="Aptos"/>
          <w:sz w:val="24"/>
          <w:szCs w:val="24"/>
        </w:rPr>
        <w:t>537</w:t>
      </w:r>
      <w:r w:rsidRPr="00C55D06">
        <w:rPr>
          <w:rFonts w:ascii="Aptos" w:hAnsi="Aptos"/>
          <w:sz w:val="24"/>
          <w:szCs w:val="24"/>
        </w:rPr>
        <w:t>EUR.</w:t>
      </w:r>
      <w:r w:rsidRPr="00C55D06">
        <w:rPr>
          <w:rFonts w:ascii="Aptos" w:hAnsi="Aptos"/>
          <w:sz w:val="24"/>
          <w:szCs w:val="24"/>
        </w:rPr>
        <w:br/>
        <w:t xml:space="preserve">- </w:t>
      </w:r>
      <w:proofErr w:type="spellStart"/>
      <w:r w:rsidRPr="00C55D06">
        <w:rPr>
          <w:rFonts w:ascii="Aptos" w:hAnsi="Aptos"/>
          <w:sz w:val="24"/>
          <w:szCs w:val="24"/>
        </w:rPr>
        <w:t>Výsledok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hospodárenia</w:t>
      </w:r>
      <w:proofErr w:type="spellEnd"/>
      <w:r w:rsidRPr="00C55D06">
        <w:rPr>
          <w:rFonts w:ascii="Aptos" w:hAnsi="Aptos"/>
          <w:sz w:val="24"/>
          <w:szCs w:val="24"/>
        </w:rPr>
        <w:t xml:space="preserve"> za </w:t>
      </w:r>
      <w:proofErr w:type="spellStart"/>
      <w:r w:rsidRPr="00C55D06">
        <w:rPr>
          <w:rFonts w:ascii="Aptos" w:hAnsi="Aptos"/>
          <w:sz w:val="24"/>
          <w:szCs w:val="24"/>
        </w:rPr>
        <w:t>účtovné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obdobie</w:t>
      </w:r>
      <w:proofErr w:type="spellEnd"/>
      <w:r w:rsidRPr="00C55D06">
        <w:rPr>
          <w:rFonts w:ascii="Aptos" w:hAnsi="Aptos"/>
          <w:sz w:val="24"/>
          <w:szCs w:val="24"/>
        </w:rPr>
        <w:t xml:space="preserve"> po </w:t>
      </w:r>
      <w:proofErr w:type="spellStart"/>
      <w:r w:rsidRPr="00C55D06">
        <w:rPr>
          <w:rFonts w:ascii="Aptos" w:hAnsi="Aptos"/>
          <w:sz w:val="24"/>
          <w:szCs w:val="24"/>
        </w:rPr>
        <w:t>zdanení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bol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kladný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vo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výške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r w:rsidR="00566C45">
        <w:rPr>
          <w:rFonts w:ascii="Aptos" w:hAnsi="Aptos"/>
          <w:sz w:val="24"/>
          <w:szCs w:val="24"/>
        </w:rPr>
        <w:t>18 600</w:t>
      </w:r>
      <w:r w:rsidR="00750F51">
        <w:rPr>
          <w:rFonts w:ascii="Aptos" w:hAnsi="Aptos"/>
          <w:sz w:val="24"/>
          <w:szCs w:val="24"/>
        </w:rPr>
        <w:t xml:space="preserve"> </w:t>
      </w:r>
      <w:r w:rsidRPr="00C55D06">
        <w:rPr>
          <w:rFonts w:ascii="Aptos" w:hAnsi="Aptos"/>
          <w:sz w:val="24"/>
          <w:szCs w:val="24"/>
        </w:rPr>
        <w:t>EUR.</w:t>
      </w:r>
      <w:r w:rsidRPr="00C55D06">
        <w:rPr>
          <w:rFonts w:ascii="Aptos" w:hAnsi="Aptos"/>
          <w:sz w:val="24"/>
          <w:szCs w:val="24"/>
        </w:rPr>
        <w:br/>
      </w:r>
      <w:r w:rsidRPr="00C55D06">
        <w:rPr>
          <w:rFonts w:ascii="Aptos" w:hAnsi="Aptos"/>
          <w:sz w:val="24"/>
          <w:szCs w:val="24"/>
        </w:rPr>
        <w:br/>
        <w:t xml:space="preserve">5. </w:t>
      </w:r>
      <w:proofErr w:type="spellStart"/>
      <w:r w:rsidRPr="00C55D06">
        <w:rPr>
          <w:rFonts w:ascii="Aptos" w:hAnsi="Aptos"/>
          <w:sz w:val="24"/>
          <w:szCs w:val="24"/>
        </w:rPr>
        <w:t>Dôležité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skutočnosti</w:t>
      </w:r>
      <w:proofErr w:type="spellEnd"/>
      <w:r w:rsidRPr="00C55D06">
        <w:rPr>
          <w:rFonts w:ascii="Aptos" w:hAnsi="Aptos"/>
          <w:sz w:val="24"/>
          <w:szCs w:val="24"/>
        </w:rPr>
        <w:t xml:space="preserve"> po </w:t>
      </w:r>
      <w:proofErr w:type="spellStart"/>
      <w:r w:rsidRPr="00C55D06">
        <w:rPr>
          <w:rFonts w:ascii="Aptos" w:hAnsi="Aptos"/>
          <w:sz w:val="24"/>
          <w:szCs w:val="24"/>
        </w:rPr>
        <w:t>dni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účtovnej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závierky</w:t>
      </w:r>
      <w:proofErr w:type="spellEnd"/>
      <w:r w:rsidRPr="00C55D06">
        <w:rPr>
          <w:rFonts w:ascii="Aptos" w:hAnsi="Aptos"/>
          <w:sz w:val="24"/>
          <w:szCs w:val="24"/>
        </w:rPr>
        <w:br/>
        <w:t xml:space="preserve">Do </w:t>
      </w:r>
      <w:proofErr w:type="spellStart"/>
      <w:r w:rsidRPr="00C55D06">
        <w:rPr>
          <w:rFonts w:ascii="Aptos" w:hAnsi="Aptos"/>
          <w:sz w:val="24"/>
          <w:szCs w:val="24"/>
        </w:rPr>
        <w:t>dňa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zostavenia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poznámok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nenastali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žiadne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významné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skutočnosti</w:t>
      </w:r>
      <w:proofErr w:type="spellEnd"/>
      <w:r w:rsidRPr="00C55D06">
        <w:rPr>
          <w:rFonts w:ascii="Aptos" w:hAnsi="Aptos"/>
          <w:sz w:val="24"/>
          <w:szCs w:val="24"/>
        </w:rPr>
        <w:t xml:space="preserve">, </w:t>
      </w:r>
      <w:proofErr w:type="spellStart"/>
      <w:r w:rsidRPr="00C55D06">
        <w:rPr>
          <w:rFonts w:ascii="Aptos" w:hAnsi="Aptos"/>
          <w:sz w:val="24"/>
          <w:szCs w:val="24"/>
        </w:rPr>
        <w:t>ktoré</w:t>
      </w:r>
      <w:proofErr w:type="spellEnd"/>
      <w:r w:rsidRPr="00C55D06">
        <w:rPr>
          <w:rFonts w:ascii="Aptos" w:hAnsi="Aptos"/>
          <w:sz w:val="24"/>
          <w:szCs w:val="24"/>
        </w:rPr>
        <w:t xml:space="preserve"> by </w:t>
      </w:r>
      <w:proofErr w:type="spellStart"/>
      <w:r w:rsidRPr="00C55D06">
        <w:rPr>
          <w:rFonts w:ascii="Aptos" w:hAnsi="Aptos"/>
          <w:sz w:val="24"/>
          <w:szCs w:val="24"/>
        </w:rPr>
        <w:t>mali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vplyv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na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účtovnú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závierku</w:t>
      </w:r>
      <w:proofErr w:type="spellEnd"/>
      <w:r w:rsidRPr="00C55D06">
        <w:rPr>
          <w:rFonts w:ascii="Aptos" w:hAnsi="Aptos"/>
          <w:sz w:val="24"/>
          <w:szCs w:val="24"/>
        </w:rPr>
        <w:t xml:space="preserve"> za </w:t>
      </w:r>
      <w:proofErr w:type="spellStart"/>
      <w:r w:rsidRPr="00C55D06">
        <w:rPr>
          <w:rFonts w:ascii="Aptos" w:hAnsi="Aptos"/>
          <w:sz w:val="24"/>
          <w:szCs w:val="24"/>
        </w:rPr>
        <w:t>rok</w:t>
      </w:r>
      <w:proofErr w:type="spellEnd"/>
      <w:r w:rsidRPr="00C55D06">
        <w:rPr>
          <w:rFonts w:ascii="Aptos" w:hAnsi="Aptos"/>
          <w:sz w:val="24"/>
          <w:szCs w:val="24"/>
        </w:rPr>
        <w:t xml:space="preserve"> 202</w:t>
      </w:r>
      <w:r w:rsidR="009F6FAE">
        <w:rPr>
          <w:rFonts w:ascii="Aptos" w:hAnsi="Aptos"/>
          <w:sz w:val="24"/>
          <w:szCs w:val="24"/>
        </w:rPr>
        <w:t>5</w:t>
      </w:r>
      <w:r w:rsidRPr="00C55D06">
        <w:rPr>
          <w:rFonts w:ascii="Aptos" w:hAnsi="Aptos"/>
          <w:sz w:val="24"/>
          <w:szCs w:val="24"/>
        </w:rPr>
        <w:t>.</w:t>
      </w:r>
      <w:r w:rsidRPr="00C55D06">
        <w:rPr>
          <w:rFonts w:ascii="Aptos" w:hAnsi="Aptos"/>
          <w:sz w:val="24"/>
          <w:szCs w:val="24"/>
        </w:rPr>
        <w:br/>
      </w:r>
    </w:p>
    <w:p w14:paraId="5452B64B" w14:textId="6D9F918F" w:rsidR="004E4C0A" w:rsidRPr="00C55D06" w:rsidRDefault="00000000">
      <w:pPr>
        <w:rPr>
          <w:rFonts w:ascii="Aptos" w:hAnsi="Aptos"/>
          <w:sz w:val="24"/>
          <w:szCs w:val="24"/>
        </w:rPr>
      </w:pPr>
      <w:r w:rsidRPr="00C55D06">
        <w:rPr>
          <w:rFonts w:ascii="Aptos" w:hAnsi="Aptos"/>
          <w:sz w:val="24"/>
          <w:szCs w:val="24"/>
        </w:rPr>
        <w:lastRenderedPageBreak/>
        <w:br/>
        <w:t xml:space="preserve">6. </w:t>
      </w:r>
      <w:proofErr w:type="spellStart"/>
      <w:r w:rsidRPr="00C55D06">
        <w:rPr>
          <w:rFonts w:ascii="Aptos" w:hAnsi="Aptos"/>
          <w:sz w:val="24"/>
          <w:szCs w:val="24"/>
        </w:rPr>
        <w:t>Vyhlásenie</w:t>
      </w:r>
      <w:proofErr w:type="spellEnd"/>
      <w:r w:rsidRPr="00C55D06">
        <w:rPr>
          <w:rFonts w:ascii="Aptos" w:hAnsi="Aptos"/>
          <w:sz w:val="24"/>
          <w:szCs w:val="24"/>
        </w:rPr>
        <w:br/>
      </w:r>
      <w:proofErr w:type="spellStart"/>
      <w:r w:rsidRPr="00C55D06">
        <w:rPr>
          <w:rFonts w:ascii="Aptos" w:hAnsi="Aptos"/>
          <w:sz w:val="24"/>
          <w:szCs w:val="24"/>
        </w:rPr>
        <w:t>Štatutárny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orgán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spoločnosti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prehlasuje</w:t>
      </w:r>
      <w:proofErr w:type="spellEnd"/>
      <w:r w:rsidRPr="00C55D06">
        <w:rPr>
          <w:rFonts w:ascii="Aptos" w:hAnsi="Aptos"/>
          <w:sz w:val="24"/>
          <w:szCs w:val="24"/>
        </w:rPr>
        <w:t xml:space="preserve">, </w:t>
      </w:r>
      <w:proofErr w:type="spellStart"/>
      <w:r w:rsidRPr="00C55D06">
        <w:rPr>
          <w:rFonts w:ascii="Aptos" w:hAnsi="Aptos"/>
          <w:sz w:val="24"/>
          <w:szCs w:val="24"/>
        </w:rPr>
        <w:t>že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účtovná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závierka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podáva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verný</w:t>
      </w:r>
      <w:proofErr w:type="spellEnd"/>
      <w:r w:rsidRPr="00C55D06">
        <w:rPr>
          <w:rFonts w:ascii="Aptos" w:hAnsi="Aptos"/>
          <w:sz w:val="24"/>
          <w:szCs w:val="24"/>
        </w:rPr>
        <w:t xml:space="preserve"> a </w:t>
      </w:r>
      <w:proofErr w:type="spellStart"/>
      <w:r w:rsidRPr="00C55D06">
        <w:rPr>
          <w:rFonts w:ascii="Aptos" w:hAnsi="Aptos"/>
          <w:sz w:val="24"/>
          <w:szCs w:val="24"/>
        </w:rPr>
        <w:t>poctivý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obraz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majetku</w:t>
      </w:r>
      <w:proofErr w:type="spellEnd"/>
      <w:r w:rsidRPr="00C55D06">
        <w:rPr>
          <w:rFonts w:ascii="Aptos" w:hAnsi="Aptos"/>
          <w:sz w:val="24"/>
          <w:szCs w:val="24"/>
        </w:rPr>
        <w:t xml:space="preserve">, </w:t>
      </w:r>
      <w:proofErr w:type="spellStart"/>
      <w:r w:rsidRPr="00C55D06">
        <w:rPr>
          <w:rFonts w:ascii="Aptos" w:hAnsi="Aptos"/>
          <w:sz w:val="24"/>
          <w:szCs w:val="24"/>
        </w:rPr>
        <w:t>záväzkov</w:t>
      </w:r>
      <w:proofErr w:type="spellEnd"/>
      <w:r w:rsidRPr="00C55D06">
        <w:rPr>
          <w:rFonts w:ascii="Aptos" w:hAnsi="Aptos"/>
          <w:sz w:val="24"/>
          <w:szCs w:val="24"/>
        </w:rPr>
        <w:t xml:space="preserve">, </w:t>
      </w:r>
      <w:proofErr w:type="spellStart"/>
      <w:r w:rsidRPr="00C55D06">
        <w:rPr>
          <w:rFonts w:ascii="Aptos" w:hAnsi="Aptos"/>
          <w:sz w:val="24"/>
          <w:szCs w:val="24"/>
        </w:rPr>
        <w:t>finančnej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situácie</w:t>
      </w:r>
      <w:proofErr w:type="spellEnd"/>
      <w:r w:rsidRPr="00C55D06">
        <w:rPr>
          <w:rFonts w:ascii="Aptos" w:hAnsi="Aptos"/>
          <w:sz w:val="24"/>
          <w:szCs w:val="24"/>
        </w:rPr>
        <w:t xml:space="preserve"> a </w:t>
      </w:r>
      <w:proofErr w:type="spellStart"/>
      <w:r w:rsidRPr="00C55D06">
        <w:rPr>
          <w:rFonts w:ascii="Aptos" w:hAnsi="Aptos"/>
          <w:sz w:val="24"/>
          <w:szCs w:val="24"/>
        </w:rPr>
        <w:t>výsledkov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hospodárenia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účtovnej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jednotky</w:t>
      </w:r>
      <w:proofErr w:type="spellEnd"/>
      <w:r w:rsidRPr="00C55D06">
        <w:rPr>
          <w:rFonts w:ascii="Aptos" w:hAnsi="Aptos"/>
          <w:sz w:val="24"/>
          <w:szCs w:val="24"/>
        </w:rPr>
        <w:t xml:space="preserve"> za </w:t>
      </w:r>
      <w:proofErr w:type="spellStart"/>
      <w:r w:rsidRPr="00C55D06">
        <w:rPr>
          <w:rFonts w:ascii="Aptos" w:hAnsi="Aptos"/>
          <w:sz w:val="24"/>
          <w:szCs w:val="24"/>
        </w:rPr>
        <w:t>účtovné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obdobie</w:t>
      </w:r>
      <w:proofErr w:type="spellEnd"/>
      <w:r w:rsidRPr="00C55D06">
        <w:rPr>
          <w:rFonts w:ascii="Aptos" w:hAnsi="Aptos"/>
          <w:sz w:val="24"/>
          <w:szCs w:val="24"/>
        </w:rPr>
        <w:t>.</w:t>
      </w:r>
      <w:r w:rsidRPr="00C55D06">
        <w:rPr>
          <w:rFonts w:ascii="Aptos" w:hAnsi="Aptos"/>
          <w:sz w:val="24"/>
          <w:szCs w:val="24"/>
        </w:rPr>
        <w:br/>
      </w:r>
    </w:p>
    <w:sectPr w:rsidR="004E4C0A" w:rsidRPr="00C55D0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25179777">
    <w:abstractNumId w:val="8"/>
  </w:num>
  <w:num w:numId="2" w16cid:durableId="973754540">
    <w:abstractNumId w:val="6"/>
  </w:num>
  <w:num w:numId="3" w16cid:durableId="485441349">
    <w:abstractNumId w:val="5"/>
  </w:num>
  <w:num w:numId="4" w16cid:durableId="459810973">
    <w:abstractNumId w:val="4"/>
  </w:num>
  <w:num w:numId="5" w16cid:durableId="535854309">
    <w:abstractNumId w:val="7"/>
  </w:num>
  <w:num w:numId="6" w16cid:durableId="1096167794">
    <w:abstractNumId w:val="3"/>
  </w:num>
  <w:num w:numId="7" w16cid:durableId="2040425493">
    <w:abstractNumId w:val="2"/>
  </w:num>
  <w:num w:numId="8" w16cid:durableId="515771800">
    <w:abstractNumId w:val="1"/>
  </w:num>
  <w:num w:numId="9" w16cid:durableId="1753045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42CEF"/>
    <w:rsid w:val="0015074B"/>
    <w:rsid w:val="0029639D"/>
    <w:rsid w:val="002F5F2E"/>
    <w:rsid w:val="00326F90"/>
    <w:rsid w:val="004E1385"/>
    <w:rsid w:val="004E4C0A"/>
    <w:rsid w:val="00566C45"/>
    <w:rsid w:val="00672E7D"/>
    <w:rsid w:val="00706FEF"/>
    <w:rsid w:val="00750F51"/>
    <w:rsid w:val="00813BEA"/>
    <w:rsid w:val="00857AB5"/>
    <w:rsid w:val="008F3983"/>
    <w:rsid w:val="009F6FAE"/>
    <w:rsid w:val="00AA1D8D"/>
    <w:rsid w:val="00B47730"/>
    <w:rsid w:val="00C55D06"/>
    <w:rsid w:val="00CB0664"/>
    <w:rsid w:val="00E13E1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8FE5AD"/>
  <w14:defaultImageDpi w14:val="300"/>
  <w15:docId w15:val="{6415BDBF-C70B-428F-A31D-D206D7605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1285</Characters>
  <Application>Microsoft Office Word</Application>
  <DocSecurity>0</DocSecurity>
  <Lines>10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Adam Levický</cp:lastModifiedBy>
  <cp:revision>2</cp:revision>
  <cp:lastPrinted>2025-07-13T17:16:00Z</cp:lastPrinted>
  <dcterms:created xsi:type="dcterms:W3CDTF">2026-05-06T12:15:00Z</dcterms:created>
  <dcterms:modified xsi:type="dcterms:W3CDTF">2026-05-06T12:15:00Z</dcterms:modified>
  <cp:category/>
</cp:coreProperties>
</file>