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POZNÁMKY ÚČ MÚJ 3 - 01</w:t>
      </w:r>
    </w:p>
    <w:p>
      <w:pPr>
        <w:jc w:val="center"/>
      </w:pPr>
      <w:r>
        <w:rPr>
          <w:b/>
          <w:sz w:val="22"/>
        </w:rPr>
        <w:t>k účtovnej závierke zostavenej k 31. 12. 2024</w:t>
      </w:r>
    </w:p>
    <w:p>
      <w:pPr>
        <w:spacing w:before="160" w:after="80"/>
      </w:pPr>
      <w:r>
        <w:rPr>
          <w:b/>
          <w:sz w:val="24"/>
        </w:rPr>
        <w:t>Čl. I - Všeobecné údaje</w:t>
      </w:r>
    </w:p>
    <w:p>
      <w:r>
        <w:rPr>
          <w:b/>
        </w:rPr>
        <w:t>(1) Názov právnickej osoby a jej sídlo</w:t>
      </w:r>
    </w:p>
    <w:p>
      <w:r>
        <w:t>VELVET XXVII. s. r. o., ULICA CANKOVA ZÁHRADA 3119/19, 92401 Galanta.</w:t>
      </w:r>
    </w:p>
    <w:p>
      <w:pPr>
        <w:spacing w:before="160" w:after="80"/>
      </w:pPr>
      <w:r>
        <w:rPr>
          <w:b/>
        </w:rPr>
        <w:t>Čl. II - Informácie, ktoré vysvetľujú a dopĺňajú súvahu a výkaz ziskov a strát</w:t>
      </w:r>
    </w:p>
    <w:p>
      <w:r>
        <w:rPr>
          <w:b/>
        </w:rPr>
        <w:t>Vybrané údaje zo súvahy Úč MÚJ 1-01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Riadok</w:t>
            </w:r>
          </w:p>
        </w:tc>
        <w:tc>
          <w:tcPr>
            <w:tcW w:type="dxa" w:w="3400"/>
          </w:tcPr>
          <w:p>
            <w:r>
              <w:rPr>
                <w:b/>
              </w:rPr>
              <w:t>Údaj podľa XML</w:t>
            </w:r>
          </w:p>
        </w:tc>
        <w:tc>
          <w:tcPr>
            <w:tcW w:type="dxa" w:w="3400"/>
          </w:tcPr>
          <w:p>
            <w:r>
              <w:rPr>
                <w:b/>
              </w:rPr>
              <w:t>Suma 2024</w:t>
            </w:r>
          </w:p>
        </w:tc>
      </w:tr>
      <w:tr>
        <w:tc>
          <w:tcPr>
            <w:tcW w:type="dxa" w:w="3400"/>
          </w:tcPr>
          <w:p>
            <w:r>
              <w:t>01</w:t>
            </w:r>
          </w:p>
        </w:tc>
        <w:tc>
          <w:tcPr>
            <w:tcW w:type="dxa" w:w="3400"/>
          </w:tcPr>
          <w:p>
            <w:r>
              <w:t>Majetok spolu</w:t>
            </w:r>
          </w:p>
        </w:tc>
        <w:tc>
          <w:tcPr>
            <w:tcW w:type="dxa" w:w="3400"/>
          </w:tcPr>
          <w:p>
            <w:r>
              <w:t>36 750 EUR</w:t>
            </w:r>
          </w:p>
        </w:tc>
      </w:tr>
      <w:tr>
        <w:tc>
          <w:tcPr>
            <w:tcW w:type="dxa" w:w="3400"/>
          </w:tcPr>
          <w:p>
            <w:r>
              <w:t>02</w:t>
            </w:r>
          </w:p>
        </w:tc>
        <w:tc>
          <w:tcPr>
            <w:tcW w:type="dxa" w:w="3400"/>
          </w:tcPr>
          <w:p>
            <w:r>
              <w:t>Neobežný majetok</w:t>
            </w:r>
          </w:p>
        </w:tc>
        <w:tc>
          <w:tcPr>
            <w:tcW w:type="dxa" w:w="3400"/>
          </w:tcPr>
          <w:p>
            <w:r>
              <w:t>23 750 EUR</w:t>
            </w:r>
          </w:p>
        </w:tc>
      </w:tr>
      <w:tr>
        <w:tc>
          <w:tcPr>
            <w:tcW w:type="dxa" w:w="3400"/>
          </w:tcPr>
          <w:p>
            <w:r>
              <w:t>04</w:t>
            </w:r>
          </w:p>
        </w:tc>
        <w:tc>
          <w:tcPr>
            <w:tcW w:type="dxa" w:w="3400"/>
          </w:tcPr>
          <w:p>
            <w:r>
              <w:t>Dlhodobý hmotný majetok</w:t>
            </w:r>
          </w:p>
        </w:tc>
        <w:tc>
          <w:tcPr>
            <w:tcW w:type="dxa" w:w="3400"/>
          </w:tcPr>
          <w:p>
            <w:r>
              <w:t>23 750 EUR</w:t>
            </w:r>
          </w:p>
        </w:tc>
      </w:tr>
      <w:tr>
        <w:tc>
          <w:tcPr>
            <w:tcW w:type="dxa" w:w="3400"/>
          </w:tcPr>
          <w:p>
            <w:r>
              <w:t>06</w:t>
            </w:r>
          </w:p>
        </w:tc>
        <w:tc>
          <w:tcPr>
            <w:tcW w:type="dxa" w:w="3400"/>
          </w:tcPr>
          <w:p>
            <w:r>
              <w:t>Samostatné hnuteľné veci a súbory hnuteľných vecí</w:t>
            </w:r>
          </w:p>
        </w:tc>
        <w:tc>
          <w:tcPr>
            <w:tcW w:type="dxa" w:w="3400"/>
          </w:tcPr>
          <w:p>
            <w:r>
              <w:t>23 750 EUR</w:t>
            </w:r>
          </w:p>
        </w:tc>
      </w:tr>
      <w:tr>
        <w:tc>
          <w:tcPr>
            <w:tcW w:type="dxa" w:w="3400"/>
          </w:tcPr>
          <w:p>
            <w:r>
              <w:t>14</w:t>
            </w:r>
          </w:p>
        </w:tc>
        <w:tc>
          <w:tcPr>
            <w:tcW w:type="dxa" w:w="3400"/>
          </w:tcPr>
          <w:p>
            <w:r>
              <w:t>Obežný majetok</w:t>
            </w:r>
          </w:p>
        </w:tc>
        <w:tc>
          <w:tcPr>
            <w:tcW w:type="dxa" w:w="3400"/>
          </w:tcPr>
          <w:p>
            <w:r>
              <w:t>13 000 EUR</w:t>
            </w:r>
          </w:p>
        </w:tc>
      </w:tr>
      <w:tr>
        <w:tc>
          <w:tcPr>
            <w:tcW w:type="dxa" w:w="3400"/>
          </w:tcPr>
          <w:p>
            <w:r>
              <w:t>16</w:t>
            </w:r>
          </w:p>
        </w:tc>
        <w:tc>
          <w:tcPr>
            <w:tcW w:type="dxa" w:w="3400"/>
          </w:tcPr>
          <w:p>
            <w:r>
              <w:t>Zásoby</w:t>
            </w:r>
          </w:p>
        </w:tc>
        <w:tc>
          <w:tcPr>
            <w:tcW w:type="dxa" w:w="3400"/>
          </w:tcPr>
          <w:p>
            <w:r>
              <w:t>7 500 EUR</w:t>
            </w:r>
          </w:p>
        </w:tc>
      </w:tr>
      <w:tr>
        <w:tc>
          <w:tcPr>
            <w:tcW w:type="dxa" w:w="3400"/>
          </w:tcPr>
          <w:p>
            <w:r>
              <w:t>17</w:t>
            </w:r>
          </w:p>
        </w:tc>
        <w:tc>
          <w:tcPr>
            <w:tcW w:type="dxa" w:w="3400"/>
          </w:tcPr>
          <w:p>
            <w:r>
              <w:t>Krátkodobé pohľadávky</w:t>
            </w:r>
          </w:p>
        </w:tc>
        <w:tc>
          <w:tcPr>
            <w:tcW w:type="dxa" w:w="3400"/>
          </w:tcPr>
          <w:p>
            <w:r>
              <w:t>3 952 EUR</w:t>
            </w:r>
          </w:p>
        </w:tc>
      </w:tr>
      <w:tr>
        <w:tc>
          <w:tcPr>
            <w:tcW w:type="dxa" w:w="3400"/>
          </w:tcPr>
          <w:p>
            <w:r>
              <w:t>18</w:t>
            </w:r>
          </w:p>
        </w:tc>
        <w:tc>
          <w:tcPr>
            <w:tcW w:type="dxa" w:w="3400"/>
          </w:tcPr>
          <w:p>
            <w:r>
              <w:t>Pohľadávky z obchodného styku</w:t>
            </w:r>
          </w:p>
        </w:tc>
        <w:tc>
          <w:tcPr>
            <w:tcW w:type="dxa" w:w="3400"/>
          </w:tcPr>
          <w:p>
            <w:r>
              <w:t>3 952 EUR</w:t>
            </w:r>
          </w:p>
        </w:tc>
      </w:tr>
      <w:tr>
        <w:tc>
          <w:tcPr>
            <w:tcW w:type="dxa" w:w="3400"/>
          </w:tcPr>
          <w:p>
            <w:r>
              <w:t>21</w:t>
            </w:r>
          </w:p>
        </w:tc>
        <w:tc>
          <w:tcPr>
            <w:tcW w:type="dxa" w:w="3400"/>
          </w:tcPr>
          <w:p>
            <w:r>
              <w:t>Finančný majetok</w:t>
            </w:r>
          </w:p>
        </w:tc>
        <w:tc>
          <w:tcPr>
            <w:tcW w:type="dxa" w:w="3400"/>
          </w:tcPr>
          <w:p>
            <w:r>
              <w:t>1 548 EUR</w:t>
            </w:r>
          </w:p>
        </w:tc>
      </w:tr>
      <w:tr>
        <w:tc>
          <w:tcPr>
            <w:tcW w:type="dxa" w:w="3400"/>
          </w:tcPr>
          <w:p>
            <w:r>
              <w:t>22</w:t>
            </w:r>
          </w:p>
        </w:tc>
        <w:tc>
          <w:tcPr>
            <w:tcW w:type="dxa" w:w="3400"/>
          </w:tcPr>
          <w:p>
            <w:r>
              <w:t>Peniaze a účty v bankách</w:t>
            </w:r>
          </w:p>
        </w:tc>
        <w:tc>
          <w:tcPr>
            <w:tcW w:type="dxa" w:w="3400"/>
          </w:tcPr>
          <w:p>
            <w:r>
              <w:t>1 548 EUR</w:t>
            </w:r>
          </w:p>
        </w:tc>
      </w:tr>
      <w:tr>
        <w:tc>
          <w:tcPr>
            <w:tcW w:type="dxa" w:w="3400"/>
          </w:tcPr>
          <w:p>
            <w:r>
              <w:t>24</w:t>
            </w:r>
          </w:p>
        </w:tc>
        <w:tc>
          <w:tcPr>
            <w:tcW w:type="dxa" w:w="3400"/>
          </w:tcPr>
          <w:p>
            <w:r>
              <w:t>Vlastné imanie a záväzky spolu</w:t>
            </w:r>
          </w:p>
        </w:tc>
        <w:tc>
          <w:tcPr>
            <w:tcW w:type="dxa" w:w="3400"/>
          </w:tcPr>
          <w:p>
            <w:r>
              <w:t>36 750 EUR</w:t>
            </w:r>
          </w:p>
        </w:tc>
      </w:tr>
      <w:tr>
        <w:tc>
          <w:tcPr>
            <w:tcW w:type="dxa" w:w="3400"/>
          </w:tcPr>
          <w:p>
            <w:r>
              <w:t>25</w:t>
            </w:r>
          </w:p>
        </w:tc>
        <w:tc>
          <w:tcPr>
            <w:tcW w:type="dxa" w:w="3400"/>
          </w:tcPr>
          <w:p>
            <w:r>
              <w:t>Vlastné imanie</w:t>
            </w:r>
          </w:p>
        </w:tc>
        <w:tc>
          <w:tcPr>
            <w:tcW w:type="dxa" w:w="3400"/>
          </w:tcPr>
          <w:p>
            <w:r>
              <w:t>35 790 EUR</w:t>
            </w:r>
          </w:p>
        </w:tc>
      </w:tr>
      <w:tr>
        <w:tc>
          <w:tcPr>
            <w:tcW w:type="dxa" w:w="3400"/>
          </w:tcPr>
          <w:p>
            <w:r>
              <w:t>26</w:t>
            </w:r>
          </w:p>
        </w:tc>
        <w:tc>
          <w:tcPr>
            <w:tcW w:type="dxa" w:w="3400"/>
          </w:tcPr>
          <w:p>
            <w:r>
              <w:t>Základné imanie</w:t>
            </w:r>
          </w:p>
        </w:tc>
        <w:tc>
          <w:tcPr>
            <w:tcW w:type="dxa" w:w="3400"/>
          </w:tcPr>
          <w:p>
            <w:r>
              <w:t>5 000 EUR</w:t>
            </w:r>
          </w:p>
        </w:tc>
      </w:tr>
      <w:tr>
        <w:tc>
          <w:tcPr>
            <w:tcW w:type="dxa" w:w="3400"/>
          </w:tcPr>
          <w:p>
            <w:r>
              <w:t>29</w:t>
            </w:r>
          </w:p>
        </w:tc>
        <w:tc>
          <w:tcPr>
            <w:tcW w:type="dxa" w:w="3400"/>
          </w:tcPr>
          <w:p>
            <w:r>
              <w:t>Kapitálové fondy</w:t>
            </w:r>
          </w:p>
        </w:tc>
        <w:tc>
          <w:tcPr>
            <w:tcW w:type="dxa" w:w="3400"/>
          </w:tcPr>
          <w:p>
            <w:r>
              <w:t>120 000 EUR</w:t>
            </w:r>
          </w:p>
        </w:tc>
      </w:tr>
      <w:tr>
        <w:tc>
          <w:tcPr>
            <w:tcW w:type="dxa" w:w="3400"/>
          </w:tcPr>
          <w:p>
            <w:r>
              <w:t>32</w:t>
            </w:r>
          </w:p>
        </w:tc>
        <w:tc>
          <w:tcPr>
            <w:tcW w:type="dxa" w:w="3400"/>
          </w:tcPr>
          <w:p>
            <w:r>
              <w:t>Výsledok hospodárenia minulých rokov</w:t>
            </w:r>
          </w:p>
        </w:tc>
        <w:tc>
          <w:tcPr>
            <w:tcW w:type="dxa" w:w="3400"/>
          </w:tcPr>
          <w:p>
            <w:r>
              <w:t>-48 383 EUR</w:t>
            </w:r>
          </w:p>
        </w:tc>
      </w:tr>
      <w:tr>
        <w:tc>
          <w:tcPr>
            <w:tcW w:type="dxa" w:w="3400"/>
          </w:tcPr>
          <w:p>
            <w:r>
              <w:t>33</w:t>
            </w:r>
          </w:p>
        </w:tc>
        <w:tc>
          <w:tcPr>
            <w:tcW w:type="dxa" w:w="3400"/>
          </w:tcPr>
          <w:p>
            <w:r>
              <w:t>Výsledok hospodárenia za účtovné obdobie po zdanení</w:t>
            </w:r>
          </w:p>
        </w:tc>
        <w:tc>
          <w:tcPr>
            <w:tcW w:type="dxa" w:w="3400"/>
          </w:tcPr>
          <w:p>
            <w:r>
              <w:t>-40 827 EUR</w:t>
            </w:r>
          </w:p>
        </w:tc>
      </w:tr>
      <w:tr>
        <w:tc>
          <w:tcPr>
            <w:tcW w:type="dxa" w:w="3400"/>
          </w:tcPr>
          <w:p>
            <w:r>
              <w:t>34</w:t>
            </w:r>
          </w:p>
        </w:tc>
        <w:tc>
          <w:tcPr>
            <w:tcW w:type="dxa" w:w="3400"/>
          </w:tcPr>
          <w:p>
            <w:r>
              <w:t>Záväzky</w:t>
            </w:r>
          </w:p>
        </w:tc>
        <w:tc>
          <w:tcPr>
            <w:tcW w:type="dxa" w:w="3400"/>
          </w:tcPr>
          <w:p>
            <w:r>
              <w:t>960 EUR</w:t>
            </w:r>
          </w:p>
        </w:tc>
      </w:tr>
      <w:tr>
        <w:tc>
          <w:tcPr>
            <w:tcW w:type="dxa" w:w="3400"/>
          </w:tcPr>
          <w:p>
            <w:r>
              <w:t>38</w:t>
            </w:r>
          </w:p>
        </w:tc>
        <w:tc>
          <w:tcPr>
            <w:tcW w:type="dxa" w:w="3400"/>
          </w:tcPr>
          <w:p>
            <w:r>
              <w:t>Krátkodobé záväzky</w:t>
            </w:r>
          </w:p>
        </w:tc>
        <w:tc>
          <w:tcPr>
            <w:tcW w:type="dxa" w:w="3400"/>
          </w:tcPr>
          <w:p>
            <w:r>
              <w:t>960 EUR</w:t>
            </w:r>
          </w:p>
        </w:tc>
      </w:tr>
      <w:tr>
        <w:tc>
          <w:tcPr>
            <w:tcW w:type="dxa" w:w="3400"/>
          </w:tcPr>
          <w:p>
            <w:r>
              <w:t>41</w:t>
            </w:r>
          </w:p>
        </w:tc>
        <w:tc>
          <w:tcPr>
            <w:tcW w:type="dxa" w:w="3400"/>
          </w:tcPr>
          <w:p>
            <w:r>
              <w:t>Záväzky z obchodného styku</w:t>
            </w:r>
          </w:p>
        </w:tc>
        <w:tc>
          <w:tcPr>
            <w:tcW w:type="dxa" w:w="3400"/>
          </w:tcPr>
          <w:p>
            <w:r>
              <w:t>960 EUR</w:t>
            </w:r>
          </w:p>
        </w:tc>
      </w:tr>
    </w:tbl>
    <w:p/>
    <w:p>
      <w:r>
        <w:rPr>
          <w:b/>
        </w:rPr>
        <w:t>Vybrané údaje z výkazu ziskov a strát Úč MÚJ 2-01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Riadok</w:t>
            </w:r>
          </w:p>
        </w:tc>
        <w:tc>
          <w:tcPr>
            <w:tcW w:type="dxa" w:w="3400"/>
          </w:tcPr>
          <w:p>
            <w:r>
              <w:rPr>
                <w:b/>
              </w:rPr>
              <w:t>Údaj podľa XML / výkazu</w:t>
            </w:r>
          </w:p>
        </w:tc>
        <w:tc>
          <w:tcPr>
            <w:tcW w:type="dxa" w:w="3400"/>
          </w:tcPr>
          <w:p>
            <w:r>
              <w:rPr>
                <w:b/>
              </w:rPr>
              <w:t>Suma 2024</w:t>
            </w:r>
          </w:p>
        </w:tc>
      </w:tr>
      <w:tr>
        <w:tc>
          <w:tcPr>
            <w:tcW w:type="dxa" w:w="3400"/>
          </w:tcPr>
          <w:p>
            <w:r>
              <w:t>01</w:t>
            </w:r>
          </w:p>
        </w:tc>
        <w:tc>
          <w:tcPr>
            <w:tcW w:type="dxa" w:w="3400"/>
          </w:tcPr>
          <w:p>
            <w:r>
              <w:t>Výnosy z hospodárskej činnosti spolu</w:t>
            </w:r>
          </w:p>
        </w:tc>
        <w:tc>
          <w:tcPr>
            <w:tcW w:type="dxa" w:w="3400"/>
          </w:tcPr>
          <w:p>
            <w:r>
              <w:t>200 200 EUR</w:t>
            </w:r>
          </w:p>
        </w:tc>
      </w:tr>
      <w:tr>
        <w:tc>
          <w:tcPr>
            <w:tcW w:type="dxa" w:w="3400"/>
          </w:tcPr>
          <w:p>
            <w:r>
              <w:t>03</w:t>
            </w:r>
          </w:p>
        </w:tc>
        <w:tc>
          <w:tcPr>
            <w:tcW w:type="dxa" w:w="3400"/>
          </w:tcPr>
          <w:p>
            <w:r>
              <w:t>Tržby z predaja vlastných výrobkov a služieb</w:t>
            </w:r>
          </w:p>
        </w:tc>
        <w:tc>
          <w:tcPr>
            <w:tcW w:type="dxa" w:w="3400"/>
          </w:tcPr>
          <w:p>
            <w:r>
              <w:t>200 200 EUR</w:t>
            </w:r>
          </w:p>
        </w:tc>
      </w:tr>
      <w:tr>
        <w:tc>
          <w:tcPr>
            <w:tcW w:type="dxa" w:w="3400"/>
          </w:tcPr>
          <w:p>
            <w:r>
              <w:t>08</w:t>
            </w:r>
          </w:p>
        </w:tc>
        <w:tc>
          <w:tcPr>
            <w:tcW w:type="dxa" w:w="3400"/>
          </w:tcPr>
          <w:p>
            <w:r>
              <w:t>Náklady na hospodársku činnosť spolu</w:t>
            </w:r>
          </w:p>
        </w:tc>
        <w:tc>
          <w:tcPr>
            <w:tcW w:type="dxa" w:w="3400"/>
          </w:tcPr>
          <w:p>
            <w:r>
              <w:t>240 067 EUR</w:t>
            </w:r>
          </w:p>
        </w:tc>
      </w:tr>
      <w:tr>
        <w:tc>
          <w:tcPr>
            <w:tcW w:type="dxa" w:w="3400"/>
          </w:tcPr>
          <w:p>
            <w:r>
              <w:t>11</w:t>
            </w:r>
          </w:p>
        </w:tc>
        <w:tc>
          <w:tcPr>
            <w:tcW w:type="dxa" w:w="3400"/>
          </w:tcPr>
          <w:p>
            <w:r>
              <w:t>Služby</w:t>
            </w:r>
          </w:p>
        </w:tc>
        <w:tc>
          <w:tcPr>
            <w:tcW w:type="dxa" w:w="3400"/>
          </w:tcPr>
          <w:p>
            <w:r>
              <w:t>233 817 EUR</w:t>
            </w:r>
          </w:p>
        </w:tc>
      </w:tr>
      <w:tr>
        <w:tc>
          <w:tcPr>
            <w:tcW w:type="dxa" w:w="3400"/>
          </w:tcPr>
          <w:p>
            <w:r>
              <w:t>14</w:t>
            </w:r>
          </w:p>
        </w:tc>
        <w:tc>
          <w:tcPr>
            <w:tcW w:type="dxa" w:w="3400"/>
          </w:tcPr>
          <w:p>
            <w:r>
              <w:t>Odpisy a opravné položky k dlhodobému majetku</w:t>
            </w:r>
          </w:p>
        </w:tc>
        <w:tc>
          <w:tcPr>
            <w:tcW w:type="dxa" w:w="3400"/>
          </w:tcPr>
          <w:p>
            <w:r>
              <w:t>6 250 EUR</w:t>
            </w:r>
          </w:p>
        </w:tc>
      </w:tr>
      <w:tr>
        <w:tc>
          <w:tcPr>
            <w:tcW w:type="dxa" w:w="3400"/>
          </w:tcPr>
          <w:p>
            <w:r>
              <w:t>18</w:t>
            </w:r>
          </w:p>
        </w:tc>
        <w:tc>
          <w:tcPr>
            <w:tcW w:type="dxa" w:w="3400"/>
          </w:tcPr>
          <w:p>
            <w:r>
              <w:t>Výsledok hospodárenia z hospodárskej činnosti</w:t>
            </w:r>
          </w:p>
        </w:tc>
        <w:tc>
          <w:tcPr>
            <w:tcW w:type="dxa" w:w="3400"/>
          </w:tcPr>
          <w:p>
            <w:r>
              <w:t>-39 867 EUR</w:t>
            </w:r>
          </w:p>
        </w:tc>
      </w:tr>
      <w:tr>
        <w:tc>
          <w:tcPr>
            <w:tcW w:type="dxa" w:w="3400"/>
          </w:tcPr>
          <w:p>
            <w:r>
              <w:t>35</w:t>
            </w:r>
          </w:p>
        </w:tc>
        <w:tc>
          <w:tcPr>
            <w:tcW w:type="dxa" w:w="3400"/>
          </w:tcPr>
          <w:p>
            <w:r>
              <w:t>Výsledok hospodárenia za účtovné obdobie pred zdanením</w:t>
            </w:r>
          </w:p>
        </w:tc>
        <w:tc>
          <w:tcPr>
            <w:tcW w:type="dxa" w:w="3400"/>
          </w:tcPr>
          <w:p>
            <w:r>
              <w:t>-39 867 EUR</w:t>
            </w:r>
          </w:p>
        </w:tc>
      </w:tr>
      <w:tr>
        <w:tc>
          <w:tcPr>
            <w:tcW w:type="dxa" w:w="3400"/>
          </w:tcPr>
          <w:p>
            <w:r>
              <w:t>36</w:t>
            </w:r>
          </w:p>
        </w:tc>
        <w:tc>
          <w:tcPr>
            <w:tcW w:type="dxa" w:w="3400"/>
          </w:tcPr>
          <w:p>
            <w:r>
              <w:t>Daň z príjmov</w:t>
            </w:r>
          </w:p>
        </w:tc>
        <w:tc>
          <w:tcPr>
            <w:tcW w:type="dxa" w:w="3400"/>
          </w:tcPr>
          <w:p>
            <w:r>
              <w:t>960 EUR</w:t>
            </w:r>
          </w:p>
        </w:tc>
      </w:tr>
      <w:tr>
        <w:tc>
          <w:tcPr>
            <w:tcW w:type="dxa" w:w="3400"/>
          </w:tcPr>
          <w:p>
            <w:r>
              <w:t>38</w:t>
            </w:r>
          </w:p>
        </w:tc>
        <w:tc>
          <w:tcPr>
            <w:tcW w:type="dxa" w:w="3400"/>
          </w:tcPr>
          <w:p>
            <w:r>
              <w:t>Výsledok hospodárenia za účtovné obdobie po zdanení</w:t>
            </w:r>
          </w:p>
        </w:tc>
        <w:tc>
          <w:tcPr>
            <w:tcW w:type="dxa" w:w="3400"/>
          </w:tcPr>
          <w:p>
            <w:r>
              <w:t>-40 827 EUR</w:t>
            </w:r>
          </w:p>
        </w:tc>
      </w:tr>
    </w:tbl>
    <w:p/>
    <w:p>
      <w:pPr>
        <w:spacing w:before="160" w:after="80"/>
      </w:pPr>
      <w:r>
        <w:rPr>
          <w:b/>
          <w:sz w:val="24"/>
        </w:rPr>
        <w:t>Kontrola číselnej nadväznosti údajov z XML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Kontrola</w:t>
            </w:r>
          </w:p>
        </w:tc>
        <w:tc>
          <w:tcPr>
            <w:tcW w:type="dxa" w:w="5100"/>
          </w:tcPr>
          <w:p>
            <w:r>
              <w:rPr>
                <w:b/>
              </w:rPr>
              <w:t>Výsledok</w:t>
            </w:r>
          </w:p>
        </w:tc>
      </w:tr>
      <w:tr>
        <w:tc>
          <w:tcPr>
            <w:tcW w:type="dxa" w:w="5100"/>
          </w:tcPr>
          <w:p>
            <w:r>
              <w:t>Majetok spolu 36 750 EUR = vlastné imanie 35 790 EUR + záväzky 960 EUR</w:t>
            </w:r>
          </w:p>
        </w:tc>
        <w:tc>
          <w:tcPr>
            <w:tcW w:type="dxa" w:w="5100"/>
          </w:tcPr>
          <w:p>
            <w:r>
              <w:t>Súhlasí</w:t>
            </w:r>
          </w:p>
        </w:tc>
      </w:tr>
      <w:tr>
        <w:tc>
          <w:tcPr>
            <w:tcW w:type="dxa" w:w="5100"/>
          </w:tcPr>
          <w:p>
            <w:r>
              <w:t>Výsledok hospodárenia po zdanení v súvahe -40 827 EUR = vo výkaze ziskov a strát -40 827 EUR</w:t>
            </w:r>
          </w:p>
        </w:tc>
        <w:tc>
          <w:tcPr>
            <w:tcW w:type="dxa" w:w="5100"/>
          </w:tcPr>
          <w:p>
            <w:r>
              <w:t>Súhlasí</w:t>
            </w:r>
          </w:p>
        </w:tc>
      </w:tr>
    </w:tbl>
    <w:p/>
    <w:sectPr w:rsidR="00FC693F" w:rsidRPr="0006063C" w:rsidSect="00034616">
      <w:headerReference w:type="default" r:id="rId9"/>
      <w:pgSz w:w="12240" w:h="15840"/>
      <w:pgMar w:top="1247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932"/>
      <w:gridCol w:w="4932"/>
    </w:tblGrid>
    <w:tr>
      <w:tc>
        <w:tcPr>
          <w:tcW w:type="dxa" w:w="4932"/>
        </w:tcPr>
        <w:p>
          <w:r>
            <w:rPr>
              <w:b/>
              <w:sz w:val="18"/>
            </w:rPr>
            <w:t>Poznámky Úč MÚJ 3 - 01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b/>
              <w:sz w:val="18"/>
            </w:rPr>
            <w:t>IČO: 55257283    DIČ: 2122031956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